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39E67" w14:textId="77777777" w:rsidR="00524063" w:rsidRPr="006C1F1C" w:rsidRDefault="00724075" w:rsidP="006C1F1C">
      <w:pPr>
        <w:pStyle w:val="Title"/>
      </w:pPr>
      <w:r w:rsidRPr="006C1F1C">
        <w:t>IEEE OES – Event Proposal Template</w:t>
      </w:r>
    </w:p>
    <w:p w14:paraId="601098ED" w14:textId="77777777" w:rsidR="00524063" w:rsidRPr="006C1F1C" w:rsidRDefault="00724075" w:rsidP="006C1F1C">
      <w:pPr>
        <w:pStyle w:val="Heading1"/>
      </w:pPr>
      <w:r w:rsidRPr="006C1F1C">
        <w:t>1. Basic Event Information</w:t>
      </w:r>
    </w:p>
    <w:p w14:paraId="77C7AF2F" w14:textId="4BEDBCE0" w:rsidR="00524063" w:rsidRPr="006C1F1C" w:rsidRDefault="00724075" w:rsidP="006C1F1C">
      <w:pPr>
        <w:spacing w:after="0" w:line="240" w:lineRule="auto"/>
        <w:rPr>
          <w:b/>
          <w:bCs/>
        </w:rPr>
      </w:pPr>
      <w:r w:rsidRPr="006C1F1C">
        <w:rPr>
          <w:b/>
          <w:bCs/>
        </w:rPr>
        <w:t>Event Title:</w:t>
      </w:r>
      <w:r w:rsidR="006C1F1C">
        <w:rPr>
          <w:b/>
          <w:bCs/>
        </w:rPr>
        <w:br/>
      </w:r>
    </w:p>
    <w:p w14:paraId="2C12D89F" w14:textId="16310619" w:rsidR="00166971" w:rsidRDefault="00724075" w:rsidP="006C1F1C">
      <w:pPr>
        <w:spacing w:after="0" w:line="240" w:lineRule="auto"/>
      </w:pPr>
      <w:r w:rsidRPr="006C1F1C">
        <w:rPr>
          <w:b/>
          <w:bCs/>
        </w:rPr>
        <w:t>Event Type:</w:t>
      </w:r>
      <w:r>
        <w:t xml:space="preserve"> </w:t>
      </w:r>
      <w:sdt>
        <w:sdtPr>
          <w:alias w:val="Event Type"/>
          <w:tag w:val="Event Type"/>
          <w:id w:val="251322850"/>
          <w:lock w:val="sdtLocked"/>
          <w:placeholder>
            <w:docPart w:val="F65E210C6CE44511ABEB593A3CE2F3CA"/>
          </w:placeholder>
          <w:showingPlcHdr/>
          <w:dropDownList>
            <w:listItem w:displayText="Conference" w:value="Conference"/>
            <w:listItem w:displayText="Symposium" w:value="Symposium"/>
            <w:listItem w:displayText="Competition" w:value="Competition"/>
            <w:listItem w:displayText="Student Activity" w:value="Student Activity"/>
            <w:listItem w:displayText="Initiative/ Project" w:value="Initiative/ Project"/>
            <w:listItem w:displayText="Others" w:value="Others"/>
          </w:dropDownList>
        </w:sdtPr>
        <w:sdtEndPr/>
        <w:sdtContent>
          <w:r w:rsidR="007C5BB4" w:rsidRPr="005E5A78">
            <w:rPr>
              <w:rStyle w:val="PlaceholderText"/>
            </w:rPr>
            <w:t xml:space="preserve">Choose an </w:t>
          </w:r>
          <w:r w:rsidR="00D943BC">
            <w:rPr>
              <w:rStyle w:val="PlaceholderText"/>
            </w:rPr>
            <w:t>event type</w:t>
          </w:r>
          <w:r w:rsidR="007C5BB4" w:rsidRPr="005E5A78">
            <w:rPr>
              <w:rStyle w:val="PlaceholderText"/>
            </w:rPr>
            <w:t>.</w:t>
          </w:r>
        </w:sdtContent>
      </w:sdt>
      <w:r w:rsidR="006C1F1C">
        <w:br/>
      </w:r>
      <w:r w:rsidR="00166971">
        <w:t xml:space="preserve">If others, please </w:t>
      </w:r>
      <w:r w:rsidR="009E05A1">
        <w:t xml:space="preserve">specify: </w:t>
      </w:r>
    </w:p>
    <w:p w14:paraId="194EA97C" w14:textId="77777777" w:rsidR="009E05A1" w:rsidRPr="00166971" w:rsidRDefault="009E05A1" w:rsidP="006C1F1C">
      <w:pPr>
        <w:spacing w:after="0" w:line="240" w:lineRule="auto"/>
      </w:pPr>
    </w:p>
    <w:p w14:paraId="737FDF56" w14:textId="1E34D7C0" w:rsidR="00617CDA" w:rsidRDefault="001C7931" w:rsidP="00973324">
      <w:pPr>
        <w:spacing w:line="240" w:lineRule="auto"/>
        <w:rPr>
          <w:b/>
          <w:bCs/>
        </w:rPr>
      </w:pPr>
      <w:r>
        <w:rPr>
          <w:b/>
          <w:bCs/>
        </w:rPr>
        <w:t xml:space="preserve">Event Status: </w:t>
      </w:r>
      <w:sdt>
        <w:sdtPr>
          <w:rPr>
            <w:b/>
            <w:bCs/>
          </w:rPr>
          <w:alias w:val="Event Status"/>
          <w:tag w:val="Event Status"/>
          <w:id w:val="467867516"/>
          <w:placeholder>
            <w:docPart w:val="9B8878758F1846139065712CDB48A30F"/>
          </w:placeholder>
          <w:showingPlcHdr/>
          <w:dropDownList>
            <w:listItem w:displayText="Confirmed" w:value="Confirmed"/>
            <w:listItem w:displayText="Tentative" w:value="Tentative"/>
          </w:dropDownList>
        </w:sdtPr>
        <w:sdtEndPr/>
        <w:sdtContent>
          <w:r w:rsidR="003F1527" w:rsidRPr="00AF7FE7">
            <w:rPr>
              <w:rStyle w:val="PlaceholderText"/>
            </w:rPr>
            <w:t xml:space="preserve">Choose an </w:t>
          </w:r>
          <w:r w:rsidR="00660C04">
            <w:rPr>
              <w:rStyle w:val="PlaceholderText"/>
            </w:rPr>
            <w:t>event status</w:t>
          </w:r>
          <w:r w:rsidR="003F1527" w:rsidRPr="00AF7FE7">
            <w:rPr>
              <w:rStyle w:val="PlaceholderText"/>
            </w:rPr>
            <w:t>.</w:t>
          </w:r>
        </w:sdtContent>
      </w:sdt>
    </w:p>
    <w:p w14:paraId="73FCDB89" w14:textId="461A724F" w:rsidR="00524063" w:rsidRPr="00973324" w:rsidRDefault="00724075" w:rsidP="00973324">
      <w:pPr>
        <w:spacing w:line="240" w:lineRule="auto"/>
        <w:rPr>
          <w:rFonts w:eastAsia="Times New Roman" w:cs="Times New Roman"/>
          <w:color w:val="000000" w:themeColor="text1"/>
          <w:lang w:val="en-SG" w:eastAsia="en-GB"/>
        </w:rPr>
      </w:pPr>
      <w:r w:rsidRPr="006C1F1C">
        <w:rPr>
          <w:b/>
          <w:bCs/>
        </w:rPr>
        <w:t>Dates</w:t>
      </w:r>
      <w:r w:rsidR="00383F34">
        <w:rPr>
          <w:b/>
          <w:bCs/>
        </w:rPr>
        <w:t>:</w:t>
      </w:r>
      <w:sdt>
        <w:sdtPr>
          <w:rPr>
            <w:b/>
            <w:bCs/>
          </w:rPr>
          <w:id w:val="1031845232"/>
          <w:placeholder>
            <w:docPart w:val="9105635DBAFD4A4991AB113BB51CE9A5"/>
          </w:placeholder>
          <w:showingPlcHdr/>
          <w:date>
            <w:dateFormat w:val="d/M/yyyy"/>
            <w:lid w:val="en-SG"/>
            <w:storeMappedDataAs w:val="dateTime"/>
            <w:calendar w:val="gregorian"/>
          </w:date>
        </w:sdtPr>
        <w:sdtEndPr/>
        <w:sdtContent>
          <w:r w:rsidR="007C5BB4" w:rsidRPr="005E5A78">
            <w:rPr>
              <w:rStyle w:val="PlaceholderText"/>
            </w:rPr>
            <w:t xml:space="preserve"> </w:t>
          </w:r>
          <w:r w:rsidR="00383F34">
            <w:rPr>
              <w:rStyle w:val="PlaceholderText"/>
            </w:rPr>
            <w:t>E</w:t>
          </w:r>
          <w:r w:rsidR="007C5BB4" w:rsidRPr="005E5A78">
            <w:rPr>
              <w:rStyle w:val="PlaceholderText"/>
            </w:rPr>
            <w:t xml:space="preserve">nter </w:t>
          </w:r>
          <w:r w:rsidR="00383F34">
            <w:rPr>
              <w:rStyle w:val="PlaceholderText"/>
            </w:rPr>
            <w:t>Start</w:t>
          </w:r>
          <w:r w:rsidR="007C5BB4" w:rsidRPr="005E5A78">
            <w:rPr>
              <w:rStyle w:val="PlaceholderText"/>
            </w:rPr>
            <w:t xml:space="preserve"> date.</w:t>
          </w:r>
        </w:sdtContent>
      </w:sdt>
      <w:r w:rsidR="00025638">
        <w:rPr>
          <w:b/>
          <w:bCs/>
        </w:rPr>
        <w:t xml:space="preserve"> </w:t>
      </w:r>
      <w:r w:rsidR="00973324">
        <w:rPr>
          <w:b/>
          <w:bCs/>
        </w:rPr>
        <w:t xml:space="preserve">- </w:t>
      </w:r>
      <w:sdt>
        <w:sdtPr>
          <w:rPr>
            <w:b/>
            <w:bCs/>
          </w:rPr>
          <w:id w:val="-2021152354"/>
          <w:placeholder>
            <w:docPart w:val="6778554D459044B9AD08718EBEC32581"/>
          </w:placeholder>
          <w:showingPlcHdr/>
          <w:date>
            <w:dateFormat w:val="d/M/yyyy"/>
            <w:lid w:val="en-SG"/>
            <w:storeMappedDataAs w:val="dateTime"/>
            <w:calendar w:val="gregorian"/>
          </w:date>
        </w:sdtPr>
        <w:sdtEndPr/>
        <w:sdtContent>
          <w:r w:rsidR="00383F34">
            <w:rPr>
              <w:rStyle w:val="PlaceholderText"/>
            </w:rPr>
            <w:t>Enter</w:t>
          </w:r>
          <w:r w:rsidR="0045143A" w:rsidRPr="005E5A78">
            <w:rPr>
              <w:rStyle w:val="PlaceholderText"/>
            </w:rPr>
            <w:t xml:space="preserve"> </w:t>
          </w:r>
          <w:r w:rsidR="00383F34">
            <w:rPr>
              <w:rStyle w:val="PlaceholderText"/>
            </w:rPr>
            <w:t>End</w:t>
          </w:r>
          <w:r w:rsidR="0045143A" w:rsidRPr="005E5A78">
            <w:rPr>
              <w:rStyle w:val="PlaceholderText"/>
            </w:rPr>
            <w:t xml:space="preserve"> date.</w:t>
          </w:r>
        </w:sdtContent>
      </w:sdt>
    </w:p>
    <w:p w14:paraId="467F1D7E" w14:textId="7366198B" w:rsidR="00524063" w:rsidRPr="006C1F1C" w:rsidRDefault="00F06961" w:rsidP="006C1F1C">
      <w:pPr>
        <w:spacing w:after="0" w:line="240" w:lineRule="auto"/>
        <w:rPr>
          <w:b/>
          <w:bCs/>
        </w:rPr>
      </w:pPr>
      <w:r>
        <w:rPr>
          <w:b/>
          <w:bCs/>
        </w:rPr>
        <w:t>Event Format</w:t>
      </w:r>
      <w:r w:rsidR="00724075" w:rsidRPr="006C1F1C">
        <w:rPr>
          <w:b/>
          <w:bCs/>
        </w:rPr>
        <w:t>:</w:t>
      </w:r>
      <w:r w:rsidR="0031773F">
        <w:rPr>
          <w:b/>
          <w:bCs/>
        </w:rPr>
        <w:t xml:space="preserve"> </w:t>
      </w:r>
      <w:sdt>
        <w:sdtPr>
          <w:rPr>
            <w:b/>
            <w:bCs/>
          </w:rPr>
          <w:alias w:val="Event Format"/>
          <w:tag w:val="Event Format"/>
          <w:id w:val="425773159"/>
          <w:placeholder>
            <w:docPart w:val="D2FD9508A8FB4028BBC784F0DC968A75"/>
          </w:placeholder>
          <w:showingPlcHdr/>
          <w:dropDownList>
            <w:listItem w:displayText="In-person" w:value="In-person"/>
            <w:listItem w:displayText="Virtual" w:value="Virtual"/>
            <w:listItem w:displayText="Hybrid" w:value="Hybrid"/>
          </w:dropDownList>
        </w:sdtPr>
        <w:sdtEndPr/>
        <w:sdtContent>
          <w:r w:rsidR="0045143A" w:rsidRPr="005E5A78">
            <w:rPr>
              <w:rStyle w:val="PlaceholderText"/>
            </w:rPr>
            <w:t xml:space="preserve">Choose an </w:t>
          </w:r>
          <w:r w:rsidR="00D943BC">
            <w:rPr>
              <w:rStyle w:val="PlaceholderText"/>
            </w:rPr>
            <w:t>event format</w:t>
          </w:r>
          <w:r w:rsidR="0045143A" w:rsidRPr="005E5A78">
            <w:rPr>
              <w:rStyle w:val="PlaceholderText"/>
            </w:rPr>
            <w:t>.</w:t>
          </w:r>
        </w:sdtContent>
      </w:sdt>
    </w:p>
    <w:p w14:paraId="2690DF73" w14:textId="1DAD5B32" w:rsidR="006C1F1C" w:rsidRPr="00C050F5" w:rsidRDefault="00F06961" w:rsidP="006C1F1C">
      <w:pPr>
        <w:spacing w:after="0" w:line="240" w:lineRule="auto"/>
        <w:rPr>
          <w:color w:val="7F7F7F" w:themeColor="text1" w:themeTint="80"/>
        </w:rPr>
      </w:pPr>
      <w:r w:rsidRPr="00DF0619">
        <w:rPr>
          <w:color w:val="000000" w:themeColor="text1"/>
        </w:rPr>
        <w:t>If in</w:t>
      </w:r>
      <w:r w:rsidR="002623E7" w:rsidRPr="00DF0619">
        <w:rPr>
          <w:color w:val="000000" w:themeColor="text1"/>
        </w:rPr>
        <w:t>-person/hybrid</w:t>
      </w:r>
      <w:r w:rsidR="002623E7">
        <w:rPr>
          <w:i/>
          <w:iCs/>
          <w:color w:val="7F7F7F" w:themeColor="text1" w:themeTint="80"/>
        </w:rPr>
        <w:t xml:space="preserve"> (specify</w:t>
      </w:r>
      <w:r w:rsidR="005E1854">
        <w:rPr>
          <w:i/>
          <w:iCs/>
          <w:color w:val="7F7F7F" w:themeColor="text1" w:themeTint="80"/>
        </w:rPr>
        <w:t xml:space="preserve"> venue/</w:t>
      </w:r>
      <w:r w:rsidR="002623E7">
        <w:rPr>
          <w:i/>
          <w:iCs/>
          <w:color w:val="7F7F7F" w:themeColor="text1" w:themeTint="80"/>
        </w:rPr>
        <w:t>city):</w:t>
      </w:r>
    </w:p>
    <w:p w14:paraId="75031DF0" w14:textId="77777777" w:rsidR="006C1F1C" w:rsidRPr="006C1F1C" w:rsidRDefault="006C1F1C" w:rsidP="006C1F1C">
      <w:pPr>
        <w:spacing w:after="0" w:line="240" w:lineRule="auto"/>
        <w:rPr>
          <w:b/>
          <w:bCs/>
        </w:rPr>
      </w:pPr>
    </w:p>
    <w:p w14:paraId="159B3508" w14:textId="024049FF" w:rsidR="00524063" w:rsidRPr="00AD63C0" w:rsidRDefault="00724075" w:rsidP="006C1F1C">
      <w:pPr>
        <w:spacing w:after="0" w:line="240" w:lineRule="auto"/>
      </w:pPr>
      <w:r w:rsidRPr="006C1F1C">
        <w:rPr>
          <w:b/>
          <w:bCs/>
        </w:rPr>
        <w:t>Host / Organizing Institution(s):</w:t>
      </w:r>
      <w:r w:rsidR="00AD63C0">
        <w:rPr>
          <w:b/>
          <w:bCs/>
        </w:rPr>
        <w:t xml:space="preserve"> </w:t>
      </w:r>
    </w:p>
    <w:p w14:paraId="05F4A0B8" w14:textId="77777777" w:rsidR="006C1F1C" w:rsidRPr="006C1F1C" w:rsidRDefault="006C1F1C" w:rsidP="006C1F1C">
      <w:pPr>
        <w:spacing w:after="0" w:line="240" w:lineRule="auto"/>
        <w:rPr>
          <w:b/>
          <w:bCs/>
        </w:rPr>
      </w:pPr>
    </w:p>
    <w:p w14:paraId="7E4E279A" w14:textId="66205A97" w:rsidR="00524063" w:rsidRPr="003A1033" w:rsidRDefault="00724075" w:rsidP="006C1F1C">
      <w:pPr>
        <w:spacing w:after="0" w:line="240" w:lineRule="auto"/>
        <w:rPr>
          <w:color w:val="7F7F7F" w:themeColor="text1" w:themeTint="80"/>
        </w:rPr>
      </w:pPr>
      <w:r w:rsidRPr="006C1F1C">
        <w:rPr>
          <w:b/>
          <w:bCs/>
        </w:rPr>
        <w:t>Primary Contact Perso</w:t>
      </w:r>
      <w:r w:rsidRPr="006C1F1C">
        <w:rPr>
          <w:b/>
          <w:bCs/>
          <w:color w:val="000000" w:themeColor="text1"/>
        </w:rPr>
        <w:t>n</w:t>
      </w:r>
      <w:r w:rsidR="006C1F1C" w:rsidRPr="006C1F1C">
        <w:rPr>
          <w:b/>
          <w:bCs/>
          <w:color w:val="000000" w:themeColor="text1"/>
        </w:rPr>
        <w:t>:</w:t>
      </w:r>
      <w:r w:rsidR="00AD63C0">
        <w:rPr>
          <w:b/>
          <w:bCs/>
          <w:color w:val="000000" w:themeColor="text1"/>
        </w:rPr>
        <w:t xml:space="preserve"> </w:t>
      </w:r>
      <w:r w:rsidR="006C1F1C">
        <w:rPr>
          <w:b/>
          <w:bCs/>
        </w:rPr>
        <w:br/>
      </w:r>
      <w:r w:rsidR="006C1F1C" w:rsidRPr="006C1F1C">
        <w:rPr>
          <w:i/>
          <w:iCs/>
        </w:rPr>
        <w:t>(</w:t>
      </w:r>
      <w:r w:rsidR="006C1F1C" w:rsidRPr="006C1F1C">
        <w:rPr>
          <w:i/>
          <w:iCs/>
          <w:color w:val="7F7F7F" w:themeColor="text1" w:themeTint="80"/>
        </w:rPr>
        <w:t>Name, Affiliation, Email)</w:t>
      </w:r>
    </w:p>
    <w:p w14:paraId="277F6EA9" w14:textId="77777777" w:rsidR="006C1F1C" w:rsidRDefault="006C1F1C" w:rsidP="006C1F1C">
      <w:pPr>
        <w:spacing w:after="0" w:line="240" w:lineRule="auto"/>
        <w:rPr>
          <w:i/>
          <w:iCs/>
          <w:color w:val="7F7F7F" w:themeColor="text1" w:themeTint="80"/>
        </w:rPr>
      </w:pPr>
    </w:p>
    <w:p w14:paraId="6A043D64" w14:textId="7EFACEB6" w:rsidR="006C1F1C" w:rsidRDefault="006A7267" w:rsidP="006C1F1C">
      <w:pPr>
        <w:rPr>
          <w:i/>
          <w:iCs/>
          <w:color w:val="7F7F7F" w:themeColor="text1" w:themeTint="80"/>
        </w:rPr>
      </w:pPr>
      <w:r>
        <w:rPr>
          <w:b/>
          <w:bCs/>
          <w:color w:val="000000" w:themeColor="text1"/>
        </w:rPr>
        <w:t>Planned Publicity</w:t>
      </w:r>
      <w:r w:rsidR="006C1F1C" w:rsidRPr="006C1F1C">
        <w:rPr>
          <w:b/>
          <w:bCs/>
          <w:color w:val="000000" w:themeColor="text1"/>
        </w:rPr>
        <w:t>:</w:t>
      </w:r>
      <w:r w:rsidR="00DB0E8C">
        <w:rPr>
          <w:b/>
          <w:bCs/>
          <w:color w:val="000000" w:themeColor="text1"/>
        </w:rPr>
        <w:t xml:space="preserve"> </w:t>
      </w:r>
      <w:sdt>
        <w:sdtPr>
          <w:rPr>
            <w:b/>
            <w:bCs/>
            <w:color w:val="000000" w:themeColor="text1"/>
          </w:rPr>
          <w:alias w:val="Publicity Plans"/>
          <w:tag w:val="Publicity Plans"/>
          <w:id w:val="867114231"/>
          <w:lock w:val="sdtLocked"/>
          <w:placeholder>
            <w:docPart w:val="2C8433C666D94192A103671A5178FCDB"/>
          </w:placeholder>
          <w:showingPlcHdr/>
          <w:dropDownList>
            <w:listItem w:displayText="Website" w:value="Website"/>
            <w:listItem w:displayText="Social Media" w:value="Social Media"/>
            <w:listItem w:displayText="IEEE eNotice" w:value="IEEE eNotice"/>
            <w:listItem w:displayText="Others" w:value="Others"/>
          </w:dropDownList>
        </w:sdtPr>
        <w:sdtEndPr/>
        <w:sdtContent>
          <w:r w:rsidR="00383F34">
            <w:rPr>
              <w:rStyle w:val="PlaceholderText"/>
            </w:rPr>
            <w:t>Plans</w:t>
          </w:r>
        </w:sdtContent>
      </w:sdt>
      <w:r w:rsidR="006C1F1C">
        <w:rPr>
          <w:b/>
          <w:bCs/>
          <w:color w:val="000000" w:themeColor="text1"/>
        </w:rPr>
        <w:br/>
      </w:r>
      <w:r w:rsidR="00DB0E8C">
        <w:rPr>
          <w:i/>
          <w:iCs/>
          <w:color w:val="7F7F7F" w:themeColor="text1" w:themeTint="80"/>
        </w:rPr>
        <w:t xml:space="preserve">Provide </w:t>
      </w:r>
      <w:r w:rsidR="001E6666">
        <w:rPr>
          <w:i/>
          <w:iCs/>
          <w:color w:val="7F7F7F" w:themeColor="text1" w:themeTint="80"/>
        </w:rPr>
        <w:t xml:space="preserve">further </w:t>
      </w:r>
      <w:r w:rsidR="00DB0E8C">
        <w:rPr>
          <w:i/>
          <w:iCs/>
          <w:color w:val="7F7F7F" w:themeColor="text1" w:themeTint="80"/>
        </w:rPr>
        <w:t>details</w:t>
      </w:r>
      <w:r w:rsidR="00F33011">
        <w:rPr>
          <w:i/>
          <w:iCs/>
          <w:color w:val="7F7F7F" w:themeColor="text1" w:themeTint="80"/>
        </w:rPr>
        <w:t>,</w:t>
      </w:r>
      <w:r w:rsidR="00DB0E8C">
        <w:rPr>
          <w:i/>
          <w:iCs/>
          <w:color w:val="7F7F7F" w:themeColor="text1" w:themeTint="80"/>
        </w:rPr>
        <w:t xml:space="preserve"> if any (</w:t>
      </w:r>
      <w:r w:rsidR="006C1F1C" w:rsidRPr="006C1F1C">
        <w:rPr>
          <w:i/>
          <w:iCs/>
          <w:color w:val="7F7F7F" w:themeColor="text1" w:themeTint="80"/>
        </w:rPr>
        <w:t>Website URL,</w:t>
      </w:r>
      <w:r w:rsidR="004C3826">
        <w:rPr>
          <w:i/>
          <w:iCs/>
          <w:color w:val="7F7F7F" w:themeColor="text1" w:themeTint="80"/>
        </w:rPr>
        <w:t xml:space="preserve"> IEEE eNotice,</w:t>
      </w:r>
      <w:r w:rsidR="006C1F1C" w:rsidRPr="006C1F1C">
        <w:rPr>
          <w:i/>
          <w:iCs/>
          <w:color w:val="7F7F7F" w:themeColor="text1" w:themeTint="80"/>
        </w:rPr>
        <w:t xml:space="preserve"> Social Media Handles</w:t>
      </w:r>
      <w:r w:rsidR="00DB0E8C">
        <w:rPr>
          <w:i/>
          <w:iCs/>
          <w:color w:val="7F7F7F" w:themeColor="text1" w:themeTint="80"/>
        </w:rPr>
        <w:t>)</w:t>
      </w:r>
    </w:p>
    <w:p w14:paraId="0B12B377" w14:textId="77777777" w:rsidR="00AD63C0" w:rsidRPr="00AD63C0" w:rsidRDefault="00AD63C0" w:rsidP="006C1F1C">
      <w:pPr>
        <w:rPr>
          <w:color w:val="000000" w:themeColor="text1"/>
        </w:rPr>
      </w:pPr>
    </w:p>
    <w:p w14:paraId="17524BE3" w14:textId="77777777" w:rsidR="00524063" w:rsidRDefault="00724075" w:rsidP="006C1F1C">
      <w:pPr>
        <w:pStyle w:val="Heading1"/>
      </w:pPr>
      <w:r>
        <w:t>2. Request Details</w:t>
      </w:r>
    </w:p>
    <w:p w14:paraId="5BA1BC4F" w14:textId="313EDAF5" w:rsidR="00617164" w:rsidRDefault="00724075" w:rsidP="006C1F1C">
      <w:pPr>
        <w:spacing w:after="0" w:line="240" w:lineRule="auto"/>
        <w:rPr>
          <w:b/>
          <w:bCs/>
        </w:rPr>
      </w:pPr>
      <w:r w:rsidRPr="006C1F1C">
        <w:rPr>
          <w:b/>
          <w:bCs/>
        </w:rPr>
        <w:t>Request Type</w:t>
      </w:r>
      <w:r w:rsidR="00202D31">
        <w:rPr>
          <w:rStyle w:val="FootnoteReference"/>
          <w:b/>
          <w:bCs/>
        </w:rPr>
        <w:footnoteReference w:id="2"/>
      </w:r>
      <w:r w:rsidRPr="006C1F1C">
        <w:rPr>
          <w:b/>
          <w:bCs/>
        </w:rPr>
        <w:t xml:space="preserve"> (select one or more):</w:t>
      </w:r>
    </w:p>
    <w:p w14:paraId="6A1D95A4" w14:textId="3CCCC14B" w:rsidR="00AF006F" w:rsidRPr="00AF006F" w:rsidRDefault="003314DC" w:rsidP="006C1F1C">
      <w:pPr>
        <w:spacing w:after="0" w:line="240" w:lineRule="auto"/>
        <w:rPr>
          <w:b/>
          <w:bCs/>
        </w:rPr>
      </w:pPr>
      <w:sdt>
        <w:sdtPr>
          <w:rPr>
            <w:sz w:val="28"/>
            <w:szCs w:val="24"/>
          </w:rPr>
          <w:id w:val="5856607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2328" w:rsidRPr="00582328">
            <w:rPr>
              <w:rFonts w:ascii="MS Gothic" w:eastAsia="MS Gothic" w:hAnsi="MS Gothic" w:hint="eastAsia"/>
              <w:sz w:val="28"/>
              <w:szCs w:val="24"/>
            </w:rPr>
            <w:t>☐</w:t>
          </w:r>
        </w:sdtContent>
      </w:sdt>
      <w:r w:rsidR="001E6666" w:rsidRPr="00582328">
        <w:rPr>
          <w:sz w:val="22"/>
          <w:szCs w:val="20"/>
        </w:rPr>
        <w:t xml:space="preserve"> </w:t>
      </w:r>
      <w:r w:rsidR="001D11C7" w:rsidRPr="00403DD0">
        <w:t xml:space="preserve">OES </w:t>
      </w:r>
      <w:r w:rsidR="00403DD0" w:rsidRPr="00403DD0">
        <w:t xml:space="preserve">led </w:t>
      </w:r>
      <w:r w:rsidR="00E83842">
        <w:t>activity.</w:t>
      </w:r>
    </w:p>
    <w:p w14:paraId="6FCE9A2F" w14:textId="31EF746C" w:rsidR="00582328" w:rsidRDefault="003314DC" w:rsidP="006C1F1C">
      <w:pPr>
        <w:spacing w:after="0" w:line="240" w:lineRule="auto"/>
      </w:pPr>
      <w:sdt>
        <w:sdtPr>
          <w:rPr>
            <w:sz w:val="28"/>
            <w:szCs w:val="24"/>
          </w:rPr>
          <w:id w:val="-1415780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2328">
            <w:rPr>
              <w:rFonts w:ascii="MS Gothic" w:eastAsia="MS Gothic" w:hAnsi="MS Gothic" w:hint="eastAsia"/>
              <w:sz w:val="28"/>
              <w:szCs w:val="24"/>
            </w:rPr>
            <w:t>☐</w:t>
          </w:r>
        </w:sdtContent>
      </w:sdt>
      <w:r w:rsidR="00582328">
        <w:rPr>
          <w:sz w:val="28"/>
          <w:szCs w:val="24"/>
        </w:rPr>
        <w:t xml:space="preserve"> </w:t>
      </w:r>
      <w:r w:rsidR="00724075">
        <w:t>Financial Sponsor</w:t>
      </w:r>
      <w:r w:rsidR="00617164">
        <w:t xml:space="preserve"> / Co-Spons</w:t>
      </w:r>
      <w:r w:rsidR="00582328">
        <w:t>or</w:t>
      </w:r>
    </w:p>
    <w:p w14:paraId="33BD7BBB" w14:textId="4C840FFD" w:rsidR="00524063" w:rsidRDefault="003314DC" w:rsidP="006C1F1C">
      <w:pPr>
        <w:spacing w:after="0" w:line="240" w:lineRule="auto"/>
      </w:pPr>
      <w:sdt>
        <w:sdtPr>
          <w:rPr>
            <w:sz w:val="28"/>
            <w:szCs w:val="24"/>
          </w:rPr>
          <w:id w:val="-19168631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2328">
            <w:rPr>
              <w:rFonts w:ascii="MS Gothic" w:eastAsia="MS Gothic" w:hAnsi="MS Gothic" w:hint="eastAsia"/>
              <w:sz w:val="28"/>
              <w:szCs w:val="24"/>
            </w:rPr>
            <w:t>☐</w:t>
          </w:r>
        </w:sdtContent>
      </w:sdt>
      <w:r w:rsidR="00582328">
        <w:rPr>
          <w:sz w:val="28"/>
          <w:szCs w:val="24"/>
        </w:rPr>
        <w:t xml:space="preserve"> </w:t>
      </w:r>
      <w:r w:rsidR="00724075">
        <w:t>Technical Sponsor</w:t>
      </w:r>
      <w:r w:rsidR="00617164">
        <w:t xml:space="preserve"> / Co-Sponsor</w:t>
      </w:r>
    </w:p>
    <w:p w14:paraId="07407899" w14:textId="2AEDC316" w:rsidR="00524063" w:rsidRDefault="003314DC" w:rsidP="006C1F1C">
      <w:pPr>
        <w:spacing w:after="0" w:line="240" w:lineRule="auto"/>
      </w:pPr>
      <w:sdt>
        <w:sdtPr>
          <w:rPr>
            <w:sz w:val="28"/>
            <w:szCs w:val="24"/>
          </w:rPr>
          <w:id w:val="9983076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2328">
            <w:rPr>
              <w:rFonts w:ascii="MS Gothic" w:eastAsia="MS Gothic" w:hAnsi="MS Gothic" w:hint="eastAsia"/>
              <w:sz w:val="28"/>
              <w:szCs w:val="24"/>
            </w:rPr>
            <w:t>☐</w:t>
          </w:r>
        </w:sdtContent>
      </w:sdt>
      <w:r w:rsidR="00582328">
        <w:rPr>
          <w:sz w:val="28"/>
          <w:szCs w:val="24"/>
        </w:rPr>
        <w:t xml:space="preserve"> </w:t>
      </w:r>
      <w:r w:rsidR="00724075">
        <w:t xml:space="preserve">Financial </w:t>
      </w:r>
      <w:r w:rsidR="007D301A">
        <w:t>Support</w:t>
      </w:r>
    </w:p>
    <w:p w14:paraId="1D942C67" w14:textId="541A980A" w:rsidR="003122E6" w:rsidRDefault="003314DC" w:rsidP="006C1F1C">
      <w:pPr>
        <w:spacing w:after="0" w:line="240" w:lineRule="auto"/>
      </w:pPr>
      <w:sdt>
        <w:sdtPr>
          <w:rPr>
            <w:sz w:val="28"/>
            <w:szCs w:val="24"/>
          </w:rPr>
          <w:id w:val="1123807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2328">
            <w:rPr>
              <w:rFonts w:ascii="MS Gothic" w:eastAsia="MS Gothic" w:hAnsi="MS Gothic" w:hint="eastAsia"/>
              <w:sz w:val="28"/>
              <w:szCs w:val="24"/>
            </w:rPr>
            <w:t>☐</w:t>
          </w:r>
        </w:sdtContent>
      </w:sdt>
      <w:r w:rsidR="00582328">
        <w:rPr>
          <w:sz w:val="28"/>
          <w:szCs w:val="24"/>
        </w:rPr>
        <w:t xml:space="preserve"> </w:t>
      </w:r>
      <w:r w:rsidR="00E83842">
        <w:t>Loan</w:t>
      </w:r>
      <w:r w:rsidR="00961122">
        <w:t xml:space="preserve"> </w:t>
      </w:r>
      <w:r w:rsidR="00E83842">
        <w:t xml:space="preserve">/ </w:t>
      </w:r>
      <w:r w:rsidR="003122E6">
        <w:t xml:space="preserve">Seed </w:t>
      </w:r>
      <w:r w:rsidR="00E83842">
        <w:t>Funding</w:t>
      </w:r>
    </w:p>
    <w:p w14:paraId="4F5F39E2" w14:textId="77777777" w:rsidR="00524063" w:rsidRDefault="00724075" w:rsidP="006C1F1C">
      <w:pPr>
        <w:pStyle w:val="Heading1"/>
      </w:pPr>
      <w:r>
        <w:t>3. Executive Summary</w:t>
      </w:r>
    </w:p>
    <w:p w14:paraId="133C64B4" w14:textId="11FE2C55" w:rsidR="00524063" w:rsidRDefault="00724075" w:rsidP="6795E9E1">
      <w:pPr>
        <w:rPr>
          <w:i/>
          <w:iCs/>
          <w:color w:val="7F7F7F" w:themeColor="text1" w:themeTint="80"/>
        </w:rPr>
      </w:pPr>
      <w:r w:rsidRPr="6795E9E1">
        <w:rPr>
          <w:i/>
          <w:iCs/>
          <w:color w:val="7F7F7F" w:themeColor="text1" w:themeTint="80"/>
        </w:rPr>
        <w:t xml:space="preserve">(Provide a concise overview of the event, objectives, scope, and expected </w:t>
      </w:r>
      <w:r w:rsidR="7681C85D" w:rsidRPr="6795E9E1">
        <w:rPr>
          <w:i/>
          <w:iCs/>
          <w:color w:val="7F7F7F" w:themeColor="text1" w:themeTint="80"/>
        </w:rPr>
        <w:t>impact)</w:t>
      </w:r>
      <w:r w:rsidR="2DBDCC9F" w:rsidRPr="6795E9E1">
        <w:rPr>
          <w:i/>
          <w:iCs/>
          <w:color w:val="7F7F7F" w:themeColor="text1" w:themeTint="80"/>
        </w:rPr>
        <w:t>.</w:t>
      </w:r>
    </w:p>
    <w:p w14:paraId="254B2D9F" w14:textId="77777777" w:rsidR="00582328" w:rsidRPr="00977BC9" w:rsidRDefault="00582328">
      <w:pPr>
        <w:rPr>
          <w:color w:val="auto"/>
        </w:rPr>
      </w:pPr>
    </w:p>
    <w:p w14:paraId="6787EACA" w14:textId="16CC562A" w:rsidR="00524063" w:rsidRDefault="00724075" w:rsidP="006C1F1C">
      <w:pPr>
        <w:pStyle w:val="Heading1"/>
      </w:pPr>
      <w:r>
        <w:t>4. Provisional Program / Schedule</w:t>
      </w:r>
    </w:p>
    <w:p w14:paraId="64472EA2" w14:textId="77777777" w:rsidR="00524063" w:rsidRDefault="00724075">
      <w:pPr>
        <w:rPr>
          <w:i/>
          <w:iCs/>
          <w:color w:val="7F7F7F" w:themeColor="text1" w:themeTint="80"/>
        </w:rPr>
      </w:pPr>
      <w:r w:rsidRPr="006714AE">
        <w:rPr>
          <w:i/>
          <w:iCs/>
          <w:color w:val="7F7F7F" w:themeColor="text1" w:themeTint="80"/>
        </w:rPr>
        <w:t>(Provide a high-level provisional schedule.)</w:t>
      </w:r>
    </w:p>
    <w:p w14:paraId="538012A4" w14:textId="75A70CA3" w:rsidR="00977BC9" w:rsidRPr="00977BC9" w:rsidRDefault="00977BC9">
      <w:pPr>
        <w:rPr>
          <w:color w:val="auto"/>
        </w:rPr>
      </w:pPr>
    </w:p>
    <w:p w14:paraId="0C878CDB" w14:textId="77777777" w:rsidR="003A1033" w:rsidRPr="003A1033" w:rsidRDefault="003A1033">
      <w:pPr>
        <w:rPr>
          <w:color w:val="000000" w:themeColor="text1"/>
        </w:rPr>
      </w:pPr>
    </w:p>
    <w:p w14:paraId="19D4E23B" w14:textId="17547190" w:rsidR="00524063" w:rsidRDefault="00724075" w:rsidP="006C1F1C">
      <w:pPr>
        <w:pStyle w:val="Heading1"/>
      </w:pPr>
      <w:r>
        <w:t>5. Expected Attendance</w:t>
      </w:r>
    </w:p>
    <w:p w14:paraId="16F7C20F" w14:textId="56E55DFF" w:rsidR="00524063" w:rsidRPr="00977BC9" w:rsidRDefault="0053517B" w:rsidP="00574FB3">
      <w:pPr>
        <w:spacing w:after="0"/>
      </w:pPr>
      <w:r>
        <w:rPr>
          <w:b/>
          <w:bCs/>
        </w:rPr>
        <w:t xml:space="preserve">- </w:t>
      </w:r>
      <w:r w:rsidR="00724075" w:rsidRPr="00724075">
        <w:rPr>
          <w:b/>
          <w:bCs/>
        </w:rPr>
        <w:t xml:space="preserve">Estimated number of </w:t>
      </w:r>
      <w:r w:rsidR="00574FB3">
        <w:rPr>
          <w:b/>
          <w:bCs/>
        </w:rPr>
        <w:t>participants</w:t>
      </w:r>
      <w:r w:rsidR="00724075" w:rsidRPr="00724075">
        <w:rPr>
          <w:b/>
          <w:bCs/>
        </w:rPr>
        <w:t>:</w:t>
      </w:r>
      <w:r w:rsidR="00977BC9">
        <w:rPr>
          <w:b/>
          <w:bCs/>
        </w:rPr>
        <w:t xml:space="preserve"> </w:t>
      </w:r>
    </w:p>
    <w:p w14:paraId="6C28C2F3" w14:textId="3853E265" w:rsidR="000C6877" w:rsidRPr="00977BC9" w:rsidRDefault="0053517B" w:rsidP="00574FB3">
      <w:pPr>
        <w:spacing w:after="0"/>
      </w:pPr>
      <w:r>
        <w:rPr>
          <w:b/>
          <w:bCs/>
        </w:rPr>
        <w:t xml:space="preserve">- </w:t>
      </w:r>
      <w:r w:rsidR="000C6877">
        <w:rPr>
          <w:b/>
          <w:bCs/>
        </w:rPr>
        <w:t xml:space="preserve">Estimated number of OES </w:t>
      </w:r>
      <w:r w:rsidR="00574FB3">
        <w:rPr>
          <w:b/>
          <w:bCs/>
        </w:rPr>
        <w:t>participants:</w:t>
      </w:r>
      <w:r w:rsidR="00977BC9">
        <w:rPr>
          <w:b/>
          <w:bCs/>
        </w:rPr>
        <w:t xml:space="preserve"> </w:t>
      </w:r>
    </w:p>
    <w:p w14:paraId="39DC7E02" w14:textId="7D90B0D9" w:rsidR="00524063" w:rsidRDefault="0053517B" w:rsidP="00574FB3">
      <w:pPr>
        <w:spacing w:after="0"/>
        <w:rPr>
          <w:b/>
          <w:bCs/>
          <w:i/>
          <w:iCs/>
          <w:color w:val="000000" w:themeColor="text1"/>
        </w:rPr>
      </w:pPr>
      <w:r>
        <w:rPr>
          <w:b/>
          <w:bCs/>
        </w:rPr>
        <w:t xml:space="preserve">- </w:t>
      </w:r>
      <w:r w:rsidR="00724075" w:rsidRPr="00724075">
        <w:rPr>
          <w:b/>
          <w:bCs/>
        </w:rPr>
        <w:t>Target audience</w:t>
      </w:r>
      <w:r w:rsidR="00724075" w:rsidRPr="00492E82">
        <w:rPr>
          <w:b/>
          <w:bCs/>
          <w:color w:val="000000" w:themeColor="text1"/>
        </w:rPr>
        <w:t>:</w:t>
      </w:r>
      <w:r w:rsidR="00D57BE1">
        <w:rPr>
          <w:b/>
          <w:bCs/>
          <w:i/>
          <w:iCs/>
          <w:color w:val="000000" w:themeColor="text1"/>
        </w:rPr>
        <w:t xml:space="preserve"> </w:t>
      </w:r>
      <w:sdt>
        <w:sdtPr>
          <w:rPr>
            <w:b/>
            <w:bCs/>
            <w:i/>
            <w:iCs/>
            <w:color w:val="000000" w:themeColor="text1"/>
          </w:rPr>
          <w:alias w:val="Target Audience"/>
          <w:tag w:val="Target Audience"/>
          <w:id w:val="307064710"/>
          <w:placeholder>
            <w:docPart w:val="F320BC8DB617432E9D95F0B1DE1B6B7F"/>
          </w:placeholder>
          <w:showingPlcHdr/>
          <w:dropDownList>
            <w:listItem w:value="Choose an item."/>
            <w:listItem w:displayText="Students" w:value="Students"/>
            <w:listItem w:displayText="Academia" w:value="Academia"/>
            <w:listItem w:displayText="Industry" w:value="Industry"/>
            <w:listItem w:displayText="Government" w:value="Government"/>
            <w:listItem w:displayText="Mixed" w:value="Mixed"/>
          </w:dropDownList>
        </w:sdtPr>
        <w:sdtEndPr/>
        <w:sdtContent>
          <w:r w:rsidR="00205DF9" w:rsidRPr="005E5A78">
            <w:rPr>
              <w:rStyle w:val="PlaceholderText"/>
            </w:rPr>
            <w:t>Choose an item.</w:t>
          </w:r>
        </w:sdtContent>
      </w:sdt>
    </w:p>
    <w:p w14:paraId="5ADAF448" w14:textId="39F94E28" w:rsidR="00524063" w:rsidRDefault="00724075" w:rsidP="006C1F1C">
      <w:pPr>
        <w:pStyle w:val="Heading1"/>
      </w:pPr>
      <w:r>
        <w:t>6. Other Funding or Grants</w:t>
      </w:r>
    </w:p>
    <w:p w14:paraId="1CDA5B08" w14:textId="6B272D06" w:rsidR="00524063" w:rsidRDefault="00724075" w:rsidP="6795E9E1">
      <w:pPr>
        <w:rPr>
          <w:i/>
          <w:iCs/>
          <w:color w:val="7F7F7F" w:themeColor="text1" w:themeTint="80"/>
        </w:rPr>
      </w:pPr>
      <w:r w:rsidRPr="6795E9E1">
        <w:rPr>
          <w:i/>
          <w:iCs/>
          <w:color w:val="7F7F7F" w:themeColor="text1" w:themeTint="80"/>
        </w:rPr>
        <w:t>(List other grants or sponsorships applied or secured)</w:t>
      </w:r>
      <w:r w:rsidR="19E65AD5" w:rsidRPr="6795E9E1">
        <w:rPr>
          <w:i/>
          <w:iCs/>
          <w:color w:val="7F7F7F" w:themeColor="text1" w:themeTint="80"/>
        </w:rPr>
        <w:t>.</w:t>
      </w:r>
    </w:p>
    <w:p w14:paraId="1B262D3B" w14:textId="77777777" w:rsidR="004D702A" w:rsidRPr="003A1033" w:rsidRDefault="004D702A">
      <w:pPr>
        <w:rPr>
          <w:color w:val="000000" w:themeColor="text1"/>
        </w:rPr>
      </w:pPr>
    </w:p>
    <w:p w14:paraId="7FE2F275" w14:textId="7F5E0674" w:rsidR="00524063" w:rsidRDefault="00724075" w:rsidP="006C1F1C">
      <w:pPr>
        <w:pStyle w:val="Heading1"/>
      </w:pPr>
      <w:r>
        <w:t>7. Budget Information</w:t>
      </w:r>
    </w:p>
    <w:p w14:paraId="7F946F28" w14:textId="4FEC79CC" w:rsidR="00524063" w:rsidRDefault="00724075" w:rsidP="00724075">
      <w:pPr>
        <w:pStyle w:val="Heading2"/>
      </w:pPr>
      <w:r w:rsidRPr="00724075">
        <w:t>7.1 Budget Summary (Optimistic / Pessimistic)</w:t>
      </w:r>
    </w:p>
    <w:p w14:paraId="0C94A077" w14:textId="3A1BD24A" w:rsidR="00724075" w:rsidRPr="00724075" w:rsidRDefault="00724075" w:rsidP="00724075">
      <w:pPr>
        <w:rPr>
          <w:i/>
          <w:iCs/>
          <w:color w:val="C0504D" w:themeColor="accent2"/>
        </w:rPr>
      </w:pPr>
      <w:r w:rsidRPr="00724075">
        <w:rPr>
          <w:i/>
          <w:iCs/>
          <w:color w:val="C0504D" w:themeColor="accent2"/>
        </w:rPr>
        <w:t xml:space="preserve">Note: </w:t>
      </w:r>
      <w:r w:rsidR="00F96659" w:rsidRPr="00F96659">
        <w:rPr>
          <w:i/>
          <w:iCs/>
          <w:color w:val="C0504D" w:themeColor="accent2"/>
        </w:rPr>
        <w:t>Submission of optimistic and pessimistic budget scenarios is mandatory</w:t>
      </w:r>
      <w:r w:rsidR="00321731">
        <w:rPr>
          <w:i/>
          <w:iCs/>
          <w:color w:val="C0504D" w:themeColor="accent2"/>
        </w:rPr>
        <w:t xml:space="preserve"> </w:t>
      </w:r>
      <w:r w:rsidR="00321731" w:rsidRPr="00617863">
        <w:rPr>
          <w:b/>
          <w:bCs/>
          <w:i/>
          <w:iCs/>
          <w:color w:val="C0504D" w:themeColor="accent2"/>
          <w:u w:val="single"/>
        </w:rPr>
        <w:t>only</w:t>
      </w:r>
      <w:r w:rsidR="00F96659" w:rsidRPr="00F96659">
        <w:rPr>
          <w:i/>
          <w:iCs/>
          <w:color w:val="C0504D" w:themeColor="accent2"/>
        </w:rPr>
        <w:t xml:space="preserve"> for financially sponsored or co-sponsored events only.</w:t>
      </w:r>
    </w:p>
    <w:tbl>
      <w:tblPr>
        <w:tblStyle w:val="PlainTable1"/>
        <w:tblW w:w="8897" w:type="dxa"/>
        <w:tblLook w:val="06A0" w:firstRow="1" w:lastRow="0" w:firstColumn="1" w:lastColumn="0" w:noHBand="1" w:noVBand="1"/>
      </w:tblPr>
      <w:tblGrid>
        <w:gridCol w:w="2160"/>
        <w:gridCol w:w="2160"/>
        <w:gridCol w:w="2160"/>
        <w:gridCol w:w="2417"/>
      </w:tblGrid>
      <w:tr w:rsidR="00524063" w14:paraId="122981A6" w14:textId="77777777" w:rsidTr="001C73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C6D9F1" w:themeFill="text2" w:themeFillTint="33"/>
          </w:tcPr>
          <w:p w14:paraId="7C793E79" w14:textId="77777777" w:rsidR="00524063" w:rsidRPr="00761ECB" w:rsidRDefault="00724075">
            <w:pPr>
              <w:rPr>
                <w:b w:val="0"/>
                <w:bCs w:val="0"/>
                <w:szCs w:val="24"/>
              </w:rPr>
            </w:pPr>
            <w:r w:rsidRPr="00761ECB">
              <w:rPr>
                <w:szCs w:val="24"/>
              </w:rPr>
              <w:t>Scenario</w:t>
            </w:r>
          </w:p>
        </w:tc>
        <w:tc>
          <w:tcPr>
            <w:tcW w:w="2160" w:type="dxa"/>
            <w:shd w:val="clear" w:color="auto" w:fill="C6D9F1" w:themeFill="text2" w:themeFillTint="33"/>
          </w:tcPr>
          <w:p w14:paraId="525EAC5B" w14:textId="12A6B332" w:rsidR="00524063" w:rsidRPr="00761ECB" w:rsidRDefault="00724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761ECB">
              <w:rPr>
                <w:szCs w:val="24"/>
              </w:rPr>
              <w:t>Total Income</w:t>
            </w:r>
            <w:r w:rsidR="00761ECB">
              <w:rPr>
                <w:szCs w:val="24"/>
              </w:rPr>
              <w:t xml:space="preserve"> </w:t>
            </w:r>
            <w:r w:rsidR="00761ECB" w:rsidRPr="00761ECB">
              <w:rPr>
                <w:szCs w:val="24"/>
              </w:rPr>
              <w:t>(USD)</w:t>
            </w:r>
          </w:p>
        </w:tc>
        <w:tc>
          <w:tcPr>
            <w:tcW w:w="2160" w:type="dxa"/>
            <w:shd w:val="clear" w:color="auto" w:fill="C6D9F1" w:themeFill="text2" w:themeFillTint="33"/>
          </w:tcPr>
          <w:p w14:paraId="1506F767" w14:textId="0D22AB54" w:rsidR="00524063" w:rsidRPr="00761ECB" w:rsidRDefault="00724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761ECB">
              <w:rPr>
                <w:szCs w:val="24"/>
              </w:rPr>
              <w:t>Total Expenses</w:t>
            </w:r>
            <w:r w:rsidR="00761ECB">
              <w:rPr>
                <w:szCs w:val="24"/>
              </w:rPr>
              <w:t xml:space="preserve"> (USD)</w:t>
            </w:r>
          </w:p>
        </w:tc>
        <w:tc>
          <w:tcPr>
            <w:tcW w:w="2417" w:type="dxa"/>
            <w:shd w:val="clear" w:color="auto" w:fill="C6D9F1" w:themeFill="text2" w:themeFillTint="33"/>
          </w:tcPr>
          <w:p w14:paraId="474DE3D0" w14:textId="2752D255" w:rsidR="00524063" w:rsidRPr="00761ECB" w:rsidRDefault="00724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761ECB">
              <w:rPr>
                <w:szCs w:val="24"/>
              </w:rPr>
              <w:t>Surplus / Deficit</w:t>
            </w:r>
            <w:r w:rsidR="00761ECB">
              <w:rPr>
                <w:szCs w:val="24"/>
              </w:rPr>
              <w:t xml:space="preserve"> (USD)</w:t>
            </w:r>
          </w:p>
        </w:tc>
      </w:tr>
      <w:tr w:rsidR="00524063" w14:paraId="26180FD0" w14:textId="77777777" w:rsidTr="001C73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C6D9F1" w:themeFill="text2" w:themeFillTint="33"/>
          </w:tcPr>
          <w:p w14:paraId="5D5F8409" w14:textId="77777777" w:rsidR="00524063" w:rsidRPr="00761ECB" w:rsidRDefault="00724075">
            <w:pPr>
              <w:rPr>
                <w:b w:val="0"/>
                <w:bCs w:val="0"/>
                <w:szCs w:val="24"/>
              </w:rPr>
            </w:pPr>
            <w:r w:rsidRPr="00761ECB">
              <w:rPr>
                <w:szCs w:val="24"/>
              </w:rPr>
              <w:t>Optimistic</w:t>
            </w:r>
          </w:p>
        </w:tc>
        <w:tc>
          <w:tcPr>
            <w:tcW w:w="2160" w:type="dxa"/>
          </w:tcPr>
          <w:p w14:paraId="34593918" w14:textId="77777777" w:rsidR="00524063" w:rsidRPr="00761ECB" w:rsidRDefault="005240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160" w:type="dxa"/>
          </w:tcPr>
          <w:p w14:paraId="5DF00FCE" w14:textId="77777777" w:rsidR="00524063" w:rsidRPr="00761ECB" w:rsidRDefault="005240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417" w:type="dxa"/>
          </w:tcPr>
          <w:p w14:paraId="5D9B339E" w14:textId="77777777" w:rsidR="00524063" w:rsidRPr="00761ECB" w:rsidRDefault="005240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524063" w14:paraId="66EF6C83" w14:textId="77777777" w:rsidTr="001C73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C6D9F1" w:themeFill="text2" w:themeFillTint="33"/>
          </w:tcPr>
          <w:p w14:paraId="0423691F" w14:textId="77777777" w:rsidR="00524063" w:rsidRPr="00761ECB" w:rsidRDefault="00724075">
            <w:pPr>
              <w:rPr>
                <w:b w:val="0"/>
                <w:bCs w:val="0"/>
                <w:szCs w:val="24"/>
              </w:rPr>
            </w:pPr>
            <w:r w:rsidRPr="00761ECB">
              <w:rPr>
                <w:szCs w:val="24"/>
              </w:rPr>
              <w:t>Pessimistic</w:t>
            </w:r>
          </w:p>
        </w:tc>
        <w:tc>
          <w:tcPr>
            <w:tcW w:w="2160" w:type="dxa"/>
          </w:tcPr>
          <w:p w14:paraId="5D847379" w14:textId="77777777" w:rsidR="00524063" w:rsidRPr="00761ECB" w:rsidRDefault="005240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160" w:type="dxa"/>
          </w:tcPr>
          <w:p w14:paraId="3D4EBF0D" w14:textId="77777777" w:rsidR="00524063" w:rsidRPr="00761ECB" w:rsidRDefault="005240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417" w:type="dxa"/>
          </w:tcPr>
          <w:p w14:paraId="11042440" w14:textId="77777777" w:rsidR="00524063" w:rsidRPr="00761ECB" w:rsidRDefault="005240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</w:tbl>
    <w:p w14:paraId="0A22BF73" w14:textId="1019AA9D" w:rsidR="00524063" w:rsidRDefault="00724075" w:rsidP="00724075">
      <w:pPr>
        <w:pStyle w:val="Heading2"/>
      </w:pPr>
      <w:r>
        <w:t>7.2 Preliminary Budget Sheet</w:t>
      </w:r>
    </w:p>
    <w:p w14:paraId="1EFA3FCD" w14:textId="4E396A18" w:rsidR="00724075" w:rsidRPr="00724075" w:rsidRDefault="00724075" w:rsidP="00724075">
      <w:pPr>
        <w:rPr>
          <w:i/>
          <w:iCs/>
          <w:color w:val="C0504D" w:themeColor="accent2"/>
        </w:rPr>
      </w:pPr>
      <w:r w:rsidRPr="00724075">
        <w:rPr>
          <w:i/>
          <w:iCs/>
          <w:color w:val="C0504D" w:themeColor="accent2"/>
        </w:rPr>
        <w:t xml:space="preserve">Note: </w:t>
      </w:r>
      <w:r w:rsidR="00865880" w:rsidRPr="00865880">
        <w:rPr>
          <w:i/>
          <w:iCs/>
          <w:color w:val="C0504D" w:themeColor="accent2"/>
        </w:rPr>
        <w:t xml:space="preserve">Submission of a budget sheet is mandatory for </w:t>
      </w:r>
      <w:r w:rsidR="00865880" w:rsidRPr="00D01ED9">
        <w:rPr>
          <w:b/>
          <w:bCs/>
          <w:i/>
          <w:iCs/>
          <w:color w:val="C0504D" w:themeColor="accent2"/>
          <w:u w:val="single"/>
        </w:rPr>
        <w:t>all</w:t>
      </w:r>
      <w:r w:rsidR="00865880" w:rsidRPr="00865880">
        <w:rPr>
          <w:i/>
          <w:iCs/>
          <w:color w:val="C0504D" w:themeColor="accent2"/>
        </w:rPr>
        <w:t xml:space="preserve"> financially sponsored or co-sponsored events and for events requesting financial support, grants, or seed funding.</w:t>
      </w:r>
    </w:p>
    <w:tbl>
      <w:tblPr>
        <w:tblStyle w:val="PlainTable1"/>
        <w:tblW w:w="9067" w:type="dxa"/>
        <w:tblLook w:val="06A0" w:firstRow="1" w:lastRow="0" w:firstColumn="1" w:lastColumn="0" w:noHBand="1" w:noVBand="1"/>
      </w:tblPr>
      <w:tblGrid>
        <w:gridCol w:w="776"/>
        <w:gridCol w:w="5598"/>
        <w:gridCol w:w="2693"/>
      </w:tblGrid>
      <w:tr w:rsidR="00B679C2" w14:paraId="1BB684D5" w14:textId="77777777" w:rsidTr="001C73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  <w:shd w:val="clear" w:color="auto" w:fill="C6D9F1" w:themeFill="text2" w:themeFillTint="33"/>
          </w:tcPr>
          <w:p w14:paraId="72175ACB" w14:textId="77777777" w:rsidR="00B679C2" w:rsidRPr="00761ECB" w:rsidRDefault="00B679C2">
            <w:pPr>
              <w:rPr>
                <w:szCs w:val="24"/>
              </w:rPr>
            </w:pPr>
            <w:r w:rsidRPr="00761ECB">
              <w:rPr>
                <w:szCs w:val="24"/>
              </w:rPr>
              <w:t>Item</w:t>
            </w:r>
          </w:p>
        </w:tc>
        <w:tc>
          <w:tcPr>
            <w:tcW w:w="5598" w:type="dxa"/>
            <w:shd w:val="clear" w:color="auto" w:fill="C6D9F1" w:themeFill="text2" w:themeFillTint="33"/>
          </w:tcPr>
          <w:p w14:paraId="05030A8C" w14:textId="77777777" w:rsidR="00B679C2" w:rsidRPr="00761ECB" w:rsidRDefault="00B679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61ECB">
              <w:rPr>
                <w:szCs w:val="24"/>
              </w:rPr>
              <w:t>Description</w:t>
            </w:r>
          </w:p>
        </w:tc>
        <w:tc>
          <w:tcPr>
            <w:tcW w:w="2693" w:type="dxa"/>
            <w:shd w:val="clear" w:color="auto" w:fill="C6D9F1" w:themeFill="text2" w:themeFillTint="33"/>
          </w:tcPr>
          <w:p w14:paraId="187355FD" w14:textId="5600BE6A" w:rsidR="00B679C2" w:rsidRPr="00761ECB" w:rsidRDefault="00B679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61ECB">
              <w:rPr>
                <w:szCs w:val="24"/>
              </w:rPr>
              <w:t>Amount (USD)</w:t>
            </w:r>
          </w:p>
        </w:tc>
      </w:tr>
      <w:tr w:rsidR="00B679C2" w14:paraId="66C4249C" w14:textId="77777777" w:rsidTr="00D311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4412A284" w14:textId="7F0F70B6" w:rsidR="00B679C2" w:rsidRPr="00761ECB" w:rsidRDefault="00B679C2">
            <w:pPr>
              <w:rPr>
                <w:szCs w:val="24"/>
              </w:rPr>
            </w:pPr>
            <w:r w:rsidRPr="00761ECB">
              <w:rPr>
                <w:szCs w:val="24"/>
              </w:rPr>
              <w:t>1</w:t>
            </w:r>
          </w:p>
        </w:tc>
        <w:tc>
          <w:tcPr>
            <w:tcW w:w="5598" w:type="dxa"/>
          </w:tcPr>
          <w:p w14:paraId="19F17234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693" w:type="dxa"/>
          </w:tcPr>
          <w:p w14:paraId="2D13AC42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B679C2" w14:paraId="71D1A4DC" w14:textId="77777777" w:rsidTr="00D311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46178F5B" w14:textId="0E63EE3B" w:rsidR="00B679C2" w:rsidRPr="00761ECB" w:rsidRDefault="00B679C2">
            <w:pPr>
              <w:rPr>
                <w:szCs w:val="24"/>
              </w:rPr>
            </w:pPr>
            <w:r w:rsidRPr="00761ECB">
              <w:rPr>
                <w:szCs w:val="24"/>
              </w:rPr>
              <w:t>2</w:t>
            </w:r>
          </w:p>
        </w:tc>
        <w:tc>
          <w:tcPr>
            <w:tcW w:w="5598" w:type="dxa"/>
          </w:tcPr>
          <w:p w14:paraId="10E367A9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693" w:type="dxa"/>
          </w:tcPr>
          <w:p w14:paraId="1A5CB67D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B679C2" w14:paraId="58F6D97E" w14:textId="77777777" w:rsidTr="00D311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0B8859A1" w14:textId="2AB70781" w:rsidR="00B679C2" w:rsidRPr="00761ECB" w:rsidRDefault="00B679C2">
            <w:pPr>
              <w:rPr>
                <w:szCs w:val="24"/>
              </w:rPr>
            </w:pPr>
            <w:r w:rsidRPr="00761ECB">
              <w:rPr>
                <w:szCs w:val="24"/>
              </w:rPr>
              <w:t>3</w:t>
            </w:r>
          </w:p>
        </w:tc>
        <w:tc>
          <w:tcPr>
            <w:tcW w:w="5598" w:type="dxa"/>
          </w:tcPr>
          <w:p w14:paraId="08E31A95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693" w:type="dxa"/>
          </w:tcPr>
          <w:p w14:paraId="33E7A6CD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B679C2" w14:paraId="2779BC6C" w14:textId="77777777" w:rsidTr="00D311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10AA9696" w14:textId="4AA7B0EF" w:rsidR="00B679C2" w:rsidRPr="00761ECB" w:rsidRDefault="00B679C2">
            <w:pPr>
              <w:rPr>
                <w:szCs w:val="24"/>
              </w:rPr>
            </w:pPr>
            <w:r w:rsidRPr="00761ECB">
              <w:rPr>
                <w:szCs w:val="24"/>
              </w:rPr>
              <w:t>4</w:t>
            </w:r>
          </w:p>
        </w:tc>
        <w:tc>
          <w:tcPr>
            <w:tcW w:w="5598" w:type="dxa"/>
          </w:tcPr>
          <w:p w14:paraId="7B5FA213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693" w:type="dxa"/>
          </w:tcPr>
          <w:p w14:paraId="1FA2112D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B679C2" w14:paraId="4E0E41A1" w14:textId="77777777" w:rsidTr="00D311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" w:type="dxa"/>
          </w:tcPr>
          <w:p w14:paraId="75CA2E63" w14:textId="1E3BAF32" w:rsidR="00B679C2" w:rsidRPr="00761ECB" w:rsidRDefault="00B679C2">
            <w:pPr>
              <w:rPr>
                <w:szCs w:val="24"/>
              </w:rPr>
            </w:pPr>
            <w:r w:rsidRPr="00761ECB">
              <w:rPr>
                <w:szCs w:val="24"/>
              </w:rPr>
              <w:lastRenderedPageBreak/>
              <w:t>5</w:t>
            </w:r>
          </w:p>
        </w:tc>
        <w:tc>
          <w:tcPr>
            <w:tcW w:w="5598" w:type="dxa"/>
          </w:tcPr>
          <w:p w14:paraId="68628EDD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2693" w:type="dxa"/>
          </w:tcPr>
          <w:p w14:paraId="79AF1D91" w14:textId="77777777" w:rsidR="00B679C2" w:rsidRPr="00761ECB" w:rsidRDefault="00B679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9472B4" w14:paraId="36D3C8BA" w14:textId="77777777" w:rsidTr="001C73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  <w:gridSpan w:val="2"/>
            <w:shd w:val="clear" w:color="auto" w:fill="C6D9F1" w:themeFill="text2" w:themeFillTint="33"/>
          </w:tcPr>
          <w:p w14:paraId="213D45D7" w14:textId="07B98F68" w:rsidR="009472B4" w:rsidRPr="00761ECB" w:rsidRDefault="009472B4" w:rsidP="00D311CA">
            <w:pPr>
              <w:jc w:val="center"/>
              <w:rPr>
                <w:szCs w:val="24"/>
              </w:rPr>
            </w:pPr>
            <w:r w:rsidRPr="00761ECB">
              <w:rPr>
                <w:color w:val="000000" w:themeColor="text1"/>
                <w:szCs w:val="24"/>
              </w:rPr>
              <w:t>Total</w:t>
            </w:r>
          </w:p>
        </w:tc>
        <w:tc>
          <w:tcPr>
            <w:tcW w:w="2693" w:type="dxa"/>
          </w:tcPr>
          <w:p w14:paraId="76A1C371" w14:textId="77777777" w:rsidR="009472B4" w:rsidRPr="00761ECB" w:rsidRDefault="009472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</w:tr>
    </w:tbl>
    <w:p w14:paraId="0DBD5D33" w14:textId="6F9A56DF" w:rsidR="00524063" w:rsidRDefault="00882A6B" w:rsidP="006C1F1C">
      <w:pPr>
        <w:pStyle w:val="Heading1"/>
      </w:pPr>
      <w:r>
        <w:t>8</w:t>
      </w:r>
      <w:r w:rsidR="00724075">
        <w:t>. Justification for OES Support</w:t>
      </w:r>
    </w:p>
    <w:p w14:paraId="34AD2FEA" w14:textId="77777777" w:rsidR="00524063" w:rsidRDefault="00724075">
      <w:pPr>
        <w:rPr>
          <w:i/>
          <w:iCs/>
          <w:color w:val="7F7F7F" w:themeColor="text1" w:themeTint="80"/>
        </w:rPr>
      </w:pPr>
      <w:r w:rsidRPr="00724075">
        <w:rPr>
          <w:i/>
          <w:iCs/>
          <w:color w:val="7F7F7F" w:themeColor="text1" w:themeTint="80"/>
        </w:rPr>
        <w:t>(Explain why OES support is sought and expected benefits to OES.)</w:t>
      </w:r>
    </w:p>
    <w:p w14:paraId="68681B8D" w14:textId="77777777" w:rsidR="00AD63C0" w:rsidRPr="00AD63C0" w:rsidRDefault="00AD63C0">
      <w:pPr>
        <w:rPr>
          <w:color w:val="auto"/>
        </w:rPr>
      </w:pPr>
    </w:p>
    <w:p w14:paraId="5B136B1B" w14:textId="77777777" w:rsidR="009848D8" w:rsidRPr="00724075" w:rsidRDefault="009848D8">
      <w:pPr>
        <w:rPr>
          <w:i/>
          <w:iCs/>
          <w:color w:val="7F7F7F" w:themeColor="text1" w:themeTint="80"/>
        </w:rPr>
      </w:pPr>
    </w:p>
    <w:p w14:paraId="7313FB4C" w14:textId="4E83B5E2" w:rsidR="00524063" w:rsidRDefault="00882A6B" w:rsidP="006C1F1C">
      <w:pPr>
        <w:pStyle w:val="Heading1"/>
      </w:pPr>
      <w:r>
        <w:t>9</w:t>
      </w:r>
      <w:r w:rsidR="00724075">
        <w:t>. Organizing Committee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681"/>
        <w:gridCol w:w="1276"/>
        <w:gridCol w:w="2409"/>
        <w:gridCol w:w="1701"/>
      </w:tblGrid>
      <w:tr w:rsidR="002C158D" w14:paraId="788F70F7" w14:textId="77777777" w:rsidTr="00744ECB">
        <w:tc>
          <w:tcPr>
            <w:tcW w:w="3681" w:type="dxa"/>
          </w:tcPr>
          <w:p w14:paraId="609C83E6" w14:textId="77777777" w:rsidR="002C158D" w:rsidRPr="00744ECB" w:rsidRDefault="002C158D">
            <w:pPr>
              <w:rPr>
                <w:b/>
                <w:bCs/>
              </w:rPr>
            </w:pPr>
            <w:r w:rsidRPr="00744ECB">
              <w:rPr>
                <w:b/>
                <w:bCs/>
              </w:rPr>
              <w:t>Name</w:t>
            </w:r>
          </w:p>
        </w:tc>
        <w:tc>
          <w:tcPr>
            <w:tcW w:w="1276" w:type="dxa"/>
          </w:tcPr>
          <w:p w14:paraId="6F7D00F8" w14:textId="77777777" w:rsidR="002C158D" w:rsidRPr="00744ECB" w:rsidRDefault="002C158D">
            <w:pPr>
              <w:rPr>
                <w:b/>
                <w:bCs/>
              </w:rPr>
            </w:pPr>
            <w:r w:rsidRPr="00744ECB">
              <w:rPr>
                <w:b/>
                <w:bCs/>
              </w:rPr>
              <w:t>Role</w:t>
            </w:r>
          </w:p>
        </w:tc>
        <w:tc>
          <w:tcPr>
            <w:tcW w:w="2409" w:type="dxa"/>
          </w:tcPr>
          <w:p w14:paraId="299B11F2" w14:textId="77777777" w:rsidR="002C158D" w:rsidRPr="00744ECB" w:rsidRDefault="002C158D">
            <w:pPr>
              <w:rPr>
                <w:b/>
                <w:bCs/>
              </w:rPr>
            </w:pPr>
            <w:r w:rsidRPr="00744ECB">
              <w:rPr>
                <w:b/>
                <w:bCs/>
              </w:rPr>
              <w:t>Affiliation</w:t>
            </w:r>
          </w:p>
        </w:tc>
        <w:tc>
          <w:tcPr>
            <w:tcW w:w="1701" w:type="dxa"/>
          </w:tcPr>
          <w:p w14:paraId="1A382FD3" w14:textId="2AEA7C65" w:rsidR="002C158D" w:rsidRPr="00744ECB" w:rsidRDefault="002C158D">
            <w:pPr>
              <w:rPr>
                <w:b/>
                <w:bCs/>
              </w:rPr>
            </w:pPr>
            <w:r w:rsidRPr="00744ECB">
              <w:rPr>
                <w:b/>
                <w:bCs/>
              </w:rPr>
              <w:t xml:space="preserve">OES Member </w:t>
            </w:r>
          </w:p>
        </w:tc>
      </w:tr>
      <w:tr w:rsidR="002C158D" w14:paraId="40F250DF" w14:textId="77777777" w:rsidTr="00744ECB">
        <w:tc>
          <w:tcPr>
            <w:tcW w:w="3681" w:type="dxa"/>
          </w:tcPr>
          <w:p w14:paraId="31EDA03A" w14:textId="77777777" w:rsidR="002C158D" w:rsidRDefault="002C158D"/>
        </w:tc>
        <w:tc>
          <w:tcPr>
            <w:tcW w:w="1276" w:type="dxa"/>
          </w:tcPr>
          <w:p w14:paraId="0428AB83" w14:textId="77777777" w:rsidR="002C158D" w:rsidRDefault="002C158D">
            <w:r>
              <w:t>Chair</w:t>
            </w:r>
          </w:p>
        </w:tc>
        <w:tc>
          <w:tcPr>
            <w:tcW w:w="2409" w:type="dxa"/>
          </w:tcPr>
          <w:p w14:paraId="27487D49" w14:textId="77777777" w:rsidR="002C158D" w:rsidRDefault="002C158D"/>
        </w:tc>
        <w:sdt>
          <w:sdtPr>
            <w:rPr>
              <w:color w:val="404040" w:themeColor="text1" w:themeTint="BF"/>
            </w:rPr>
            <w:id w:val="533315275"/>
            <w:placeholder>
              <w:docPart w:val="55DA0ACB3DB84B8F857AED7DD110B925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701" w:type="dxa"/>
              </w:tcPr>
              <w:p w14:paraId="14EC1BC7" w14:textId="7116F61A" w:rsidR="002C158D" w:rsidRPr="00C207FB" w:rsidRDefault="003C1AF7">
                <w:pPr>
                  <w:rPr>
                    <w:color w:val="404040" w:themeColor="text1" w:themeTint="BF"/>
                  </w:rPr>
                </w:pPr>
                <w:r>
                  <w:rPr>
                    <w:color w:val="404040" w:themeColor="text1" w:themeTint="BF"/>
                  </w:rPr>
                  <w:t>Yes/No</w:t>
                </w:r>
              </w:p>
            </w:tc>
          </w:sdtContent>
        </w:sdt>
      </w:tr>
      <w:tr w:rsidR="002C158D" w14:paraId="6E7F5773" w14:textId="77777777" w:rsidTr="00744ECB">
        <w:tc>
          <w:tcPr>
            <w:tcW w:w="3681" w:type="dxa"/>
          </w:tcPr>
          <w:p w14:paraId="2B1561F7" w14:textId="77777777" w:rsidR="002C158D" w:rsidRDefault="002C158D"/>
        </w:tc>
        <w:tc>
          <w:tcPr>
            <w:tcW w:w="1276" w:type="dxa"/>
          </w:tcPr>
          <w:p w14:paraId="6E5C0A3C" w14:textId="77777777" w:rsidR="002C158D" w:rsidRDefault="002C158D">
            <w:r>
              <w:t>Secretary</w:t>
            </w:r>
          </w:p>
        </w:tc>
        <w:tc>
          <w:tcPr>
            <w:tcW w:w="2409" w:type="dxa"/>
          </w:tcPr>
          <w:p w14:paraId="5C0180E7" w14:textId="77777777" w:rsidR="002C158D" w:rsidRDefault="002C158D"/>
        </w:tc>
        <w:sdt>
          <w:sdtPr>
            <w:rPr>
              <w:color w:val="404040" w:themeColor="text1" w:themeTint="BF"/>
            </w:rPr>
            <w:id w:val="-1618210234"/>
            <w:placeholder>
              <w:docPart w:val="4B42AAA19EAD46B69D6E7CC5A5D292C4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701" w:type="dxa"/>
              </w:tcPr>
              <w:p w14:paraId="6215843F" w14:textId="2C32C591" w:rsidR="002C158D" w:rsidRPr="00C207FB" w:rsidRDefault="003C1AF7">
                <w:pPr>
                  <w:rPr>
                    <w:color w:val="404040" w:themeColor="text1" w:themeTint="BF"/>
                  </w:rPr>
                </w:pPr>
                <w:r>
                  <w:rPr>
                    <w:color w:val="404040" w:themeColor="text1" w:themeTint="BF"/>
                  </w:rPr>
                  <w:t>Yes/No</w:t>
                </w:r>
              </w:p>
            </w:tc>
          </w:sdtContent>
        </w:sdt>
      </w:tr>
      <w:tr w:rsidR="002C158D" w14:paraId="5098FB61" w14:textId="77777777" w:rsidTr="00744ECB">
        <w:tc>
          <w:tcPr>
            <w:tcW w:w="3681" w:type="dxa"/>
          </w:tcPr>
          <w:p w14:paraId="264ACC91" w14:textId="77777777" w:rsidR="002C158D" w:rsidRDefault="002C158D"/>
        </w:tc>
        <w:tc>
          <w:tcPr>
            <w:tcW w:w="1276" w:type="dxa"/>
          </w:tcPr>
          <w:p w14:paraId="1E969ED6" w14:textId="77777777" w:rsidR="002C158D" w:rsidRDefault="002C158D">
            <w:r>
              <w:t>Treasurer</w:t>
            </w:r>
          </w:p>
        </w:tc>
        <w:tc>
          <w:tcPr>
            <w:tcW w:w="2409" w:type="dxa"/>
          </w:tcPr>
          <w:p w14:paraId="13582826" w14:textId="77777777" w:rsidR="002C158D" w:rsidRDefault="002C158D"/>
        </w:tc>
        <w:sdt>
          <w:sdtPr>
            <w:rPr>
              <w:color w:val="404040" w:themeColor="text1" w:themeTint="BF"/>
            </w:rPr>
            <w:id w:val="-1705626909"/>
            <w:placeholder>
              <w:docPart w:val="1E631F55543240D0A3A711D299FA22AA"/>
            </w:placeholder>
            <w:showingPlcHdr/>
            <w:dropDownList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701" w:type="dxa"/>
              </w:tcPr>
              <w:p w14:paraId="4B77DE53" w14:textId="463F56E4" w:rsidR="002C158D" w:rsidRPr="00C207FB" w:rsidRDefault="003C1AF7">
                <w:pPr>
                  <w:rPr>
                    <w:color w:val="404040" w:themeColor="text1" w:themeTint="BF"/>
                  </w:rPr>
                </w:pPr>
                <w:r>
                  <w:rPr>
                    <w:color w:val="404040" w:themeColor="text1" w:themeTint="BF"/>
                  </w:rPr>
                  <w:t>Yes/No</w:t>
                </w:r>
              </w:p>
            </w:tc>
          </w:sdtContent>
        </w:sdt>
      </w:tr>
    </w:tbl>
    <w:p w14:paraId="35D4C0ED" w14:textId="5A77531D" w:rsidR="00170132" w:rsidRDefault="00170132" w:rsidP="00170132">
      <w:pPr>
        <w:pStyle w:val="Heading1"/>
      </w:pPr>
      <w:r>
        <w:t>10. Surveys</w:t>
      </w:r>
      <w:r w:rsidR="004174CA">
        <w:t xml:space="preserve"> &amp; Reporting</w:t>
      </w:r>
    </w:p>
    <w:p w14:paraId="6F17ABAE" w14:textId="77777777" w:rsidR="00191995" w:rsidRPr="00954D63" w:rsidRDefault="009E1608" w:rsidP="00C24F9B">
      <w:pPr>
        <w:pStyle w:val="ListParagraph"/>
        <w:numPr>
          <w:ilvl w:val="0"/>
          <w:numId w:val="14"/>
        </w:numPr>
        <w:rPr>
          <w:b/>
          <w:bCs/>
        </w:rPr>
      </w:pPr>
      <w:r w:rsidRPr="00191995">
        <w:rPr>
          <w:b/>
          <w:bCs/>
        </w:rPr>
        <w:t xml:space="preserve">Attendee survey </w:t>
      </w:r>
      <w:r w:rsidR="00D62CAC" w:rsidRPr="00191995">
        <w:rPr>
          <w:b/>
          <w:bCs/>
        </w:rPr>
        <w:t xml:space="preserve">planned: </w:t>
      </w:r>
      <w:sdt>
        <w:sdtPr>
          <w:rPr>
            <w:color w:val="404040" w:themeColor="text1" w:themeTint="BF"/>
          </w:rPr>
          <w:id w:val="-702706893"/>
          <w:placeholder>
            <w:docPart w:val="4B3E4060B320497FAFC9DF0DFA349DBA"/>
          </w:placeholder>
          <w:showingPlcHdr/>
          <w:dropDownList>
            <w:listItem w:displayText="Yes" w:value="Yes"/>
            <w:listItem w:displayText="No" w:value="No"/>
          </w:dropDownList>
        </w:sdtPr>
        <w:sdtEndPr/>
        <w:sdtContent>
          <w:r w:rsidR="005E1832" w:rsidRPr="00191995">
            <w:rPr>
              <w:color w:val="404040" w:themeColor="text1" w:themeTint="BF"/>
            </w:rPr>
            <w:t>Yes/No</w:t>
          </w:r>
        </w:sdtContent>
      </w:sdt>
    </w:p>
    <w:p w14:paraId="5CED861B" w14:textId="24A1027F" w:rsidR="00553183" w:rsidRPr="000A17D7" w:rsidRDefault="00954D63" w:rsidP="000A17D7">
      <w:pPr>
        <w:pStyle w:val="ListParagraph"/>
        <w:numPr>
          <w:ilvl w:val="0"/>
          <w:numId w:val="14"/>
        </w:numPr>
        <w:rPr>
          <w:b/>
          <w:bCs/>
        </w:rPr>
      </w:pPr>
      <w:r>
        <w:rPr>
          <w:b/>
          <w:bCs/>
        </w:rPr>
        <w:t>Any other planned metrics</w:t>
      </w:r>
      <w:r w:rsidR="00B11C85">
        <w:rPr>
          <w:b/>
          <w:bCs/>
        </w:rPr>
        <w:t xml:space="preserve"> to determine events success?</w:t>
      </w:r>
      <w:r w:rsidR="00553183">
        <w:rPr>
          <w:b/>
          <w:bCs/>
        </w:rPr>
        <w:t xml:space="preserve"> </w:t>
      </w:r>
      <w:sdt>
        <w:sdtPr>
          <w:rPr>
            <w:color w:val="404040" w:themeColor="text1" w:themeTint="BF"/>
          </w:rPr>
          <w:id w:val="136469938"/>
          <w:placeholder>
            <w:docPart w:val="1EDAE01238D84B25A35F13A6167434BC"/>
          </w:placeholder>
          <w:showingPlcHdr/>
          <w:dropDownList>
            <w:listItem w:displayText="Yes" w:value="Yes"/>
            <w:listItem w:displayText="No" w:value="No"/>
          </w:dropDownList>
        </w:sdtPr>
        <w:sdtEndPr/>
        <w:sdtContent>
          <w:r w:rsidR="00202CC6" w:rsidRPr="00AD63C0">
            <w:rPr>
              <w:color w:val="404040" w:themeColor="text1" w:themeTint="BF"/>
            </w:rPr>
            <w:t>Yes/No</w:t>
          </w:r>
        </w:sdtContent>
      </w:sdt>
    </w:p>
    <w:p w14:paraId="057748A0" w14:textId="10C2FB1A" w:rsidR="00954D63" w:rsidRPr="00202CC6" w:rsidRDefault="00553183" w:rsidP="00553183">
      <w:pPr>
        <w:pStyle w:val="ListParagraph"/>
        <w:numPr>
          <w:ilvl w:val="1"/>
          <w:numId w:val="14"/>
        </w:numPr>
      </w:pPr>
      <w:r w:rsidRPr="00202CC6">
        <w:t>If yes, please provide details</w:t>
      </w:r>
      <w:r w:rsidR="00202CC6">
        <w:t>:</w:t>
      </w:r>
      <w:r w:rsidRPr="00202CC6">
        <w:t xml:space="preserve"> </w:t>
      </w:r>
    </w:p>
    <w:p w14:paraId="4471C582" w14:textId="5B0B5849" w:rsidR="00AD63C0" w:rsidRDefault="00191995" w:rsidP="00AD63C0">
      <w:pPr>
        <w:pStyle w:val="ListParagraph"/>
        <w:numPr>
          <w:ilvl w:val="0"/>
          <w:numId w:val="14"/>
        </w:numPr>
        <w:rPr>
          <w:b/>
          <w:bCs/>
        </w:rPr>
      </w:pPr>
      <w:r w:rsidRPr="6795E9E1">
        <w:rPr>
          <w:b/>
          <w:bCs/>
        </w:rPr>
        <w:t>P</w:t>
      </w:r>
      <w:r w:rsidR="00447FDA" w:rsidRPr="6795E9E1">
        <w:rPr>
          <w:b/>
          <w:bCs/>
        </w:rPr>
        <w:t>ost</w:t>
      </w:r>
      <w:r w:rsidR="00CF09CF" w:rsidRPr="6795E9E1">
        <w:rPr>
          <w:b/>
          <w:bCs/>
        </w:rPr>
        <w:t>-e</w:t>
      </w:r>
      <w:r w:rsidR="00447FDA" w:rsidRPr="6795E9E1">
        <w:rPr>
          <w:b/>
          <w:bCs/>
        </w:rPr>
        <w:t>vent reporting</w:t>
      </w:r>
      <w:r w:rsidR="00C24F9B" w:rsidRPr="6795E9E1">
        <w:rPr>
          <w:b/>
          <w:bCs/>
        </w:rPr>
        <w:t xml:space="preserve"> </w:t>
      </w:r>
      <w:r w:rsidR="00C24F9B" w:rsidRPr="6795E9E1">
        <w:rPr>
          <w:i/>
          <w:iCs/>
          <w:color w:val="7F7F7F" w:themeColor="text1" w:themeTint="80"/>
        </w:rPr>
        <w:t>(</w:t>
      </w:r>
      <w:r w:rsidR="00873326" w:rsidRPr="00873326">
        <w:rPr>
          <w:i/>
          <w:iCs/>
          <w:color w:val="7F7F7F" w:themeColor="text1" w:themeTint="80"/>
        </w:rPr>
        <w:t>to be completed within three months after the event</w:t>
      </w:r>
      <w:r w:rsidR="00C24F9B" w:rsidRPr="6795E9E1">
        <w:rPr>
          <w:i/>
          <w:iCs/>
          <w:color w:val="7F7F7F" w:themeColor="text1" w:themeTint="80"/>
        </w:rPr>
        <w:t>)</w:t>
      </w:r>
      <w:r w:rsidR="00E512CD" w:rsidRPr="00467EF6">
        <w:rPr>
          <w:b/>
          <w:bCs/>
          <w:color w:val="000000" w:themeColor="text1"/>
        </w:rPr>
        <w:t>:</w:t>
      </w:r>
    </w:p>
    <w:p w14:paraId="321E097E" w14:textId="6860BB71" w:rsidR="00AD63C0" w:rsidRDefault="00BC2EDE" w:rsidP="00AD63C0">
      <w:pPr>
        <w:pStyle w:val="ListParagraph"/>
        <w:numPr>
          <w:ilvl w:val="1"/>
          <w:numId w:val="14"/>
        </w:numPr>
        <w:rPr>
          <w:b/>
          <w:bCs/>
        </w:rPr>
      </w:pPr>
      <w:r w:rsidRPr="00BC2EDE">
        <w:rPr>
          <w:b/>
          <w:bCs/>
        </w:rPr>
        <w:t xml:space="preserve">Submission of a </w:t>
      </w:r>
      <w:r w:rsidR="00BC59C4" w:rsidRPr="00AD63C0">
        <w:rPr>
          <w:b/>
          <w:bCs/>
        </w:rPr>
        <w:t>short writeup to Beacon (</w:t>
      </w:r>
      <w:r w:rsidR="000574FD">
        <w:rPr>
          <w:b/>
          <w:bCs/>
        </w:rPr>
        <w:t>a</w:t>
      </w:r>
      <w:r w:rsidR="0000685C" w:rsidRPr="00AD63C0">
        <w:rPr>
          <w:b/>
          <w:bCs/>
        </w:rPr>
        <w:t xml:space="preserve">n </w:t>
      </w:r>
      <w:r w:rsidR="00BC59C4" w:rsidRPr="00AD63C0">
        <w:rPr>
          <w:b/>
          <w:bCs/>
        </w:rPr>
        <w:t>OES Magazine):</w:t>
      </w:r>
      <w:r w:rsidR="00A65F09" w:rsidRPr="00AD63C0">
        <w:rPr>
          <w:b/>
          <w:bCs/>
        </w:rPr>
        <w:t xml:space="preserve"> </w:t>
      </w:r>
      <w:sdt>
        <w:sdtPr>
          <w:rPr>
            <w:color w:val="404040" w:themeColor="text1" w:themeTint="BF"/>
          </w:rPr>
          <w:id w:val="1489750254"/>
          <w:placeholder>
            <w:docPart w:val="BE14CA60334F43498CED735D98A32561"/>
          </w:placeholder>
          <w:showingPlcHdr/>
          <w:dropDownList>
            <w:listItem w:displayText="Yes" w:value="Yes"/>
            <w:listItem w:displayText="No" w:value="No"/>
          </w:dropDownList>
        </w:sdtPr>
        <w:sdtEndPr/>
        <w:sdtContent>
          <w:r w:rsidR="005E1832" w:rsidRPr="00AD63C0">
            <w:rPr>
              <w:color w:val="404040" w:themeColor="text1" w:themeTint="BF"/>
            </w:rPr>
            <w:t>Yes/No</w:t>
          </w:r>
        </w:sdtContent>
      </w:sdt>
    </w:p>
    <w:p w14:paraId="3D13395F" w14:textId="3C2FA566" w:rsidR="00610041" w:rsidRPr="009A613A" w:rsidRDefault="00A7332D" w:rsidP="009A613A">
      <w:pPr>
        <w:pStyle w:val="ListParagraph"/>
        <w:numPr>
          <w:ilvl w:val="1"/>
          <w:numId w:val="14"/>
        </w:numPr>
        <w:rPr>
          <w:b/>
          <w:bCs/>
        </w:rPr>
      </w:pPr>
      <w:r w:rsidRPr="00A7332D">
        <w:rPr>
          <w:b/>
          <w:bCs/>
        </w:rPr>
        <w:t>Submission of a brief report to OES</w:t>
      </w:r>
      <w:r w:rsidR="00BC59C4" w:rsidRPr="009A613A">
        <w:rPr>
          <w:b/>
          <w:bCs/>
        </w:rPr>
        <w:t xml:space="preserve">: </w:t>
      </w:r>
      <w:sdt>
        <w:sdtPr>
          <w:rPr>
            <w:color w:val="404040" w:themeColor="text1" w:themeTint="BF"/>
          </w:rPr>
          <w:id w:val="-114986274"/>
          <w:placeholder>
            <w:docPart w:val="698EC258BC4B47CE80E041062D7FE1D9"/>
          </w:placeholder>
          <w:showingPlcHdr/>
          <w:dropDownList>
            <w:listItem w:displayText="Yes" w:value="Yes"/>
            <w:listItem w:displayText="No" w:value="No"/>
          </w:dropDownList>
        </w:sdtPr>
        <w:sdtEndPr/>
        <w:sdtContent>
          <w:r w:rsidR="005E1832" w:rsidRPr="009A613A">
            <w:rPr>
              <w:color w:val="404040" w:themeColor="text1" w:themeTint="BF"/>
            </w:rPr>
            <w:t>Yes/No</w:t>
          </w:r>
        </w:sdtContent>
      </w:sdt>
    </w:p>
    <w:sectPr w:rsidR="00610041" w:rsidRPr="009A613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57D84" w14:textId="77777777" w:rsidR="003314DC" w:rsidRDefault="003314DC" w:rsidP="00EE7417">
      <w:pPr>
        <w:spacing w:after="0" w:line="240" w:lineRule="auto"/>
      </w:pPr>
      <w:r>
        <w:separator/>
      </w:r>
    </w:p>
  </w:endnote>
  <w:endnote w:type="continuationSeparator" w:id="0">
    <w:p w14:paraId="74D53FBF" w14:textId="77777777" w:rsidR="003314DC" w:rsidRDefault="003314DC" w:rsidP="00EE7417">
      <w:pPr>
        <w:spacing w:after="0" w:line="240" w:lineRule="auto"/>
      </w:pPr>
      <w:r>
        <w:continuationSeparator/>
      </w:r>
    </w:p>
  </w:endnote>
  <w:endnote w:type="continuationNotice" w:id="1">
    <w:p w14:paraId="51E7B6F3" w14:textId="77777777" w:rsidR="003314DC" w:rsidRDefault="003314D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A8214" w14:textId="5E897FD5" w:rsidR="00EE7417" w:rsidRDefault="0067669B">
    <w:pPr>
      <w:pStyle w:val="Foot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5BFA0417" wp14:editId="63A554FA">
          <wp:simplePos x="0" y="0"/>
          <wp:positionH relativeFrom="margin">
            <wp:posOffset>-1122630</wp:posOffset>
          </wp:positionH>
          <wp:positionV relativeFrom="paragraph">
            <wp:posOffset>117695</wp:posOffset>
          </wp:positionV>
          <wp:extent cx="7973943" cy="502204"/>
          <wp:effectExtent l="0" t="0" r="0" b="635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3943" cy="5022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15163" w14:textId="77777777" w:rsidR="003314DC" w:rsidRDefault="003314DC" w:rsidP="00EE7417">
      <w:pPr>
        <w:spacing w:after="0" w:line="240" w:lineRule="auto"/>
      </w:pPr>
      <w:r>
        <w:separator/>
      </w:r>
    </w:p>
  </w:footnote>
  <w:footnote w:type="continuationSeparator" w:id="0">
    <w:p w14:paraId="53AC2B32" w14:textId="77777777" w:rsidR="003314DC" w:rsidRDefault="003314DC" w:rsidP="00EE7417">
      <w:pPr>
        <w:spacing w:after="0" w:line="240" w:lineRule="auto"/>
      </w:pPr>
      <w:r>
        <w:continuationSeparator/>
      </w:r>
    </w:p>
  </w:footnote>
  <w:footnote w:type="continuationNotice" w:id="1">
    <w:p w14:paraId="59CF6EA3" w14:textId="77777777" w:rsidR="003314DC" w:rsidRDefault="003314DC">
      <w:pPr>
        <w:spacing w:after="0" w:line="240" w:lineRule="auto"/>
      </w:pPr>
    </w:p>
  </w:footnote>
  <w:footnote w:id="2">
    <w:p w14:paraId="5362B701" w14:textId="63E5038A" w:rsidR="00202D31" w:rsidRDefault="00202D3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7D6582">
        <w:t>F</w:t>
      </w:r>
      <w:r w:rsidR="0004154C">
        <w:t xml:space="preserve">or more information on </w:t>
      </w:r>
      <w:r w:rsidR="0034666A">
        <w:t xml:space="preserve">the </w:t>
      </w:r>
      <w:r w:rsidR="0004154C">
        <w:t>request type</w:t>
      </w:r>
      <w:r w:rsidR="00535ECC">
        <w:t xml:space="preserve">, </w:t>
      </w:r>
      <w:hyperlink r:id="rId1" w:history="1">
        <w:r w:rsidR="00535ECC" w:rsidRPr="00EB3CBA">
          <w:rPr>
            <w:rStyle w:val="Hyperlink"/>
          </w:rPr>
          <w:t>c</w:t>
        </w:r>
        <w:r w:rsidR="00EB3CBA" w:rsidRPr="00EB3CBA">
          <w:rPr>
            <w:rStyle w:val="Hyperlink"/>
          </w:rPr>
          <w:t>lick</w:t>
        </w:r>
        <w:r w:rsidR="007D6582" w:rsidRPr="00EB3CBA">
          <w:rPr>
            <w:rStyle w:val="Hyperlink"/>
          </w:rPr>
          <w:t xml:space="preserve"> here</w:t>
        </w:r>
      </w:hyperlink>
      <w:r w:rsidR="007D6582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73C8D" w14:textId="01A2D31C" w:rsidR="00EE7417" w:rsidRDefault="00EE741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6D9636E" wp14:editId="5B7D3B52">
          <wp:simplePos x="0" y="0"/>
          <wp:positionH relativeFrom="page">
            <wp:posOffset>20370</wp:posOffset>
          </wp:positionH>
          <wp:positionV relativeFrom="paragraph">
            <wp:posOffset>-443619</wp:posOffset>
          </wp:positionV>
          <wp:extent cx="7763985" cy="814073"/>
          <wp:effectExtent l="0" t="0" r="8890" b="508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3985" cy="814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9F50F55"/>
    <w:multiLevelType w:val="hybridMultilevel"/>
    <w:tmpl w:val="D17C110C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B7210F"/>
    <w:multiLevelType w:val="hybridMultilevel"/>
    <w:tmpl w:val="A87E9224"/>
    <w:lvl w:ilvl="0" w:tplc="C5FCEE46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A91D93"/>
    <w:multiLevelType w:val="hybridMultilevel"/>
    <w:tmpl w:val="8368A53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94E11"/>
    <w:multiLevelType w:val="hybridMultilevel"/>
    <w:tmpl w:val="57108DE8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 w15:restartNumberingAfterBreak="0">
    <w:nsid w:val="7ED929D9"/>
    <w:multiLevelType w:val="hybridMultilevel"/>
    <w:tmpl w:val="616A92E4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159422">
    <w:abstractNumId w:val="8"/>
  </w:num>
  <w:num w:numId="2" w16cid:durableId="1871717351">
    <w:abstractNumId w:val="6"/>
  </w:num>
  <w:num w:numId="3" w16cid:durableId="534346632">
    <w:abstractNumId w:val="5"/>
  </w:num>
  <w:num w:numId="4" w16cid:durableId="1612513555">
    <w:abstractNumId w:val="4"/>
  </w:num>
  <w:num w:numId="5" w16cid:durableId="1544902052">
    <w:abstractNumId w:val="7"/>
  </w:num>
  <w:num w:numId="6" w16cid:durableId="1493136265">
    <w:abstractNumId w:val="3"/>
  </w:num>
  <w:num w:numId="7" w16cid:durableId="619410231">
    <w:abstractNumId w:val="2"/>
  </w:num>
  <w:num w:numId="8" w16cid:durableId="1806921678">
    <w:abstractNumId w:val="1"/>
  </w:num>
  <w:num w:numId="9" w16cid:durableId="1568414828">
    <w:abstractNumId w:val="0"/>
  </w:num>
  <w:num w:numId="10" w16cid:durableId="1461650221">
    <w:abstractNumId w:val="12"/>
  </w:num>
  <w:num w:numId="11" w16cid:durableId="1951083301">
    <w:abstractNumId w:val="10"/>
  </w:num>
  <w:num w:numId="12" w16cid:durableId="1744982427">
    <w:abstractNumId w:val="13"/>
  </w:num>
  <w:num w:numId="13" w16cid:durableId="1806199796">
    <w:abstractNumId w:val="11"/>
  </w:num>
  <w:num w:numId="14" w16cid:durableId="18082811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doNotShadeFormData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685C"/>
    <w:rsid w:val="00007D7F"/>
    <w:rsid w:val="00025638"/>
    <w:rsid w:val="00025AEC"/>
    <w:rsid w:val="0003000B"/>
    <w:rsid w:val="00034616"/>
    <w:rsid w:val="0004154C"/>
    <w:rsid w:val="000456C3"/>
    <w:rsid w:val="0004772A"/>
    <w:rsid w:val="00054AB1"/>
    <w:rsid w:val="000574FD"/>
    <w:rsid w:val="0006063C"/>
    <w:rsid w:val="000844C2"/>
    <w:rsid w:val="0008638C"/>
    <w:rsid w:val="0009017D"/>
    <w:rsid w:val="00093153"/>
    <w:rsid w:val="000933F3"/>
    <w:rsid w:val="000A0854"/>
    <w:rsid w:val="000A17D7"/>
    <w:rsid w:val="000B0652"/>
    <w:rsid w:val="000B1E01"/>
    <w:rsid w:val="000B3530"/>
    <w:rsid w:val="000B6491"/>
    <w:rsid w:val="000C2DD7"/>
    <w:rsid w:val="000C6877"/>
    <w:rsid w:val="000D54D6"/>
    <w:rsid w:val="000F06A4"/>
    <w:rsid w:val="000F4487"/>
    <w:rsid w:val="001047B5"/>
    <w:rsid w:val="001378FC"/>
    <w:rsid w:val="0015074B"/>
    <w:rsid w:val="001515D4"/>
    <w:rsid w:val="001648E1"/>
    <w:rsid w:val="00166971"/>
    <w:rsid w:val="00170132"/>
    <w:rsid w:val="00174CE3"/>
    <w:rsid w:val="00175E9E"/>
    <w:rsid w:val="001844DC"/>
    <w:rsid w:val="00190614"/>
    <w:rsid w:val="00191995"/>
    <w:rsid w:val="001A3196"/>
    <w:rsid w:val="001B2F34"/>
    <w:rsid w:val="001B6D6E"/>
    <w:rsid w:val="001B7EA9"/>
    <w:rsid w:val="001C73DA"/>
    <w:rsid w:val="001C7931"/>
    <w:rsid w:val="001D11C7"/>
    <w:rsid w:val="001D2D2B"/>
    <w:rsid w:val="001E3F31"/>
    <w:rsid w:val="001E6666"/>
    <w:rsid w:val="00202CC6"/>
    <w:rsid w:val="00202D31"/>
    <w:rsid w:val="00205DF9"/>
    <w:rsid w:val="002245BB"/>
    <w:rsid w:val="00230A17"/>
    <w:rsid w:val="002509BA"/>
    <w:rsid w:val="002529BD"/>
    <w:rsid w:val="002623E7"/>
    <w:rsid w:val="00293597"/>
    <w:rsid w:val="0029639D"/>
    <w:rsid w:val="002B45C9"/>
    <w:rsid w:val="002B6D4E"/>
    <w:rsid w:val="002C158D"/>
    <w:rsid w:val="002F49E2"/>
    <w:rsid w:val="0030617D"/>
    <w:rsid w:val="003122E6"/>
    <w:rsid w:val="0031388E"/>
    <w:rsid w:val="0031773F"/>
    <w:rsid w:val="003201E5"/>
    <w:rsid w:val="00321731"/>
    <w:rsid w:val="00324AD2"/>
    <w:rsid w:val="00326F90"/>
    <w:rsid w:val="003314DC"/>
    <w:rsid w:val="0034666A"/>
    <w:rsid w:val="00354416"/>
    <w:rsid w:val="00365FAB"/>
    <w:rsid w:val="00380DCB"/>
    <w:rsid w:val="00383F34"/>
    <w:rsid w:val="00385083"/>
    <w:rsid w:val="0039252F"/>
    <w:rsid w:val="003A1033"/>
    <w:rsid w:val="003B25A1"/>
    <w:rsid w:val="003C1AF7"/>
    <w:rsid w:val="003D62D3"/>
    <w:rsid w:val="003E2998"/>
    <w:rsid w:val="003F1527"/>
    <w:rsid w:val="003F3FE3"/>
    <w:rsid w:val="003F4A2C"/>
    <w:rsid w:val="003F549E"/>
    <w:rsid w:val="003F69DC"/>
    <w:rsid w:val="0040071F"/>
    <w:rsid w:val="00403DD0"/>
    <w:rsid w:val="00415987"/>
    <w:rsid w:val="004174CA"/>
    <w:rsid w:val="00436651"/>
    <w:rsid w:val="00444869"/>
    <w:rsid w:val="00446AEA"/>
    <w:rsid w:val="00447FDA"/>
    <w:rsid w:val="0045143A"/>
    <w:rsid w:val="00457D99"/>
    <w:rsid w:val="00467601"/>
    <w:rsid w:val="00467EF6"/>
    <w:rsid w:val="00484CC2"/>
    <w:rsid w:val="004904D1"/>
    <w:rsid w:val="00492E82"/>
    <w:rsid w:val="004B05DE"/>
    <w:rsid w:val="004B5A6B"/>
    <w:rsid w:val="004C3826"/>
    <w:rsid w:val="004C76B5"/>
    <w:rsid w:val="004D69F6"/>
    <w:rsid w:val="004D702A"/>
    <w:rsid w:val="004E6878"/>
    <w:rsid w:val="004F057E"/>
    <w:rsid w:val="004F41CC"/>
    <w:rsid w:val="00524063"/>
    <w:rsid w:val="0053517B"/>
    <w:rsid w:val="00535ECC"/>
    <w:rsid w:val="00537022"/>
    <w:rsid w:val="0055294D"/>
    <w:rsid w:val="00552CE5"/>
    <w:rsid w:val="00553183"/>
    <w:rsid w:val="00571436"/>
    <w:rsid w:val="00574FB3"/>
    <w:rsid w:val="00582328"/>
    <w:rsid w:val="00592385"/>
    <w:rsid w:val="005B01A8"/>
    <w:rsid w:val="005B2613"/>
    <w:rsid w:val="005E1832"/>
    <w:rsid w:val="005E1854"/>
    <w:rsid w:val="005F33D5"/>
    <w:rsid w:val="00601457"/>
    <w:rsid w:val="00603859"/>
    <w:rsid w:val="00606509"/>
    <w:rsid w:val="0060737A"/>
    <w:rsid w:val="00610041"/>
    <w:rsid w:val="00615DDC"/>
    <w:rsid w:val="00617164"/>
    <w:rsid w:val="00617863"/>
    <w:rsid w:val="00617CDA"/>
    <w:rsid w:val="00622918"/>
    <w:rsid w:val="00630CEE"/>
    <w:rsid w:val="006523B5"/>
    <w:rsid w:val="006543F8"/>
    <w:rsid w:val="0065727F"/>
    <w:rsid w:val="00660C04"/>
    <w:rsid w:val="006714AE"/>
    <w:rsid w:val="0067669B"/>
    <w:rsid w:val="00681AFE"/>
    <w:rsid w:val="0068345C"/>
    <w:rsid w:val="006A7267"/>
    <w:rsid w:val="006B0763"/>
    <w:rsid w:val="006B38AB"/>
    <w:rsid w:val="006B7348"/>
    <w:rsid w:val="006C1F1C"/>
    <w:rsid w:val="006C55F8"/>
    <w:rsid w:val="006D09B1"/>
    <w:rsid w:val="006D5BBD"/>
    <w:rsid w:val="006D5D45"/>
    <w:rsid w:val="006E0C9B"/>
    <w:rsid w:val="00723255"/>
    <w:rsid w:val="00724075"/>
    <w:rsid w:val="00741155"/>
    <w:rsid w:val="00744ECB"/>
    <w:rsid w:val="007576E0"/>
    <w:rsid w:val="00761857"/>
    <w:rsid w:val="00761ECB"/>
    <w:rsid w:val="00763332"/>
    <w:rsid w:val="007776B0"/>
    <w:rsid w:val="00794D87"/>
    <w:rsid w:val="00796CB1"/>
    <w:rsid w:val="007C5BB4"/>
    <w:rsid w:val="007D0944"/>
    <w:rsid w:val="007D1CAB"/>
    <w:rsid w:val="007D1D01"/>
    <w:rsid w:val="007D301A"/>
    <w:rsid w:val="007D6582"/>
    <w:rsid w:val="00800C3D"/>
    <w:rsid w:val="00827114"/>
    <w:rsid w:val="008502AC"/>
    <w:rsid w:val="00850BD7"/>
    <w:rsid w:val="0086003A"/>
    <w:rsid w:val="00865880"/>
    <w:rsid w:val="00873326"/>
    <w:rsid w:val="008801DF"/>
    <w:rsid w:val="00882A6B"/>
    <w:rsid w:val="00882DED"/>
    <w:rsid w:val="00884057"/>
    <w:rsid w:val="008859E9"/>
    <w:rsid w:val="008867E7"/>
    <w:rsid w:val="008A1939"/>
    <w:rsid w:val="008A7BE7"/>
    <w:rsid w:val="008B7EED"/>
    <w:rsid w:val="008D52E1"/>
    <w:rsid w:val="008D6184"/>
    <w:rsid w:val="009236E5"/>
    <w:rsid w:val="009267B9"/>
    <w:rsid w:val="0093296D"/>
    <w:rsid w:val="009454FE"/>
    <w:rsid w:val="009472B4"/>
    <w:rsid w:val="00954D63"/>
    <w:rsid w:val="00961122"/>
    <w:rsid w:val="00972CEC"/>
    <w:rsid w:val="00973324"/>
    <w:rsid w:val="00974490"/>
    <w:rsid w:val="00977BC9"/>
    <w:rsid w:val="009848D8"/>
    <w:rsid w:val="009902BB"/>
    <w:rsid w:val="0099314C"/>
    <w:rsid w:val="009A2AC8"/>
    <w:rsid w:val="009A4009"/>
    <w:rsid w:val="009A613A"/>
    <w:rsid w:val="009C1765"/>
    <w:rsid w:val="009C4F5B"/>
    <w:rsid w:val="009E05A1"/>
    <w:rsid w:val="009E1608"/>
    <w:rsid w:val="009E6D74"/>
    <w:rsid w:val="009F1D95"/>
    <w:rsid w:val="009F4A45"/>
    <w:rsid w:val="009F580C"/>
    <w:rsid w:val="00A012D8"/>
    <w:rsid w:val="00A153FD"/>
    <w:rsid w:val="00A273AD"/>
    <w:rsid w:val="00A54A52"/>
    <w:rsid w:val="00A568AB"/>
    <w:rsid w:val="00A56B55"/>
    <w:rsid w:val="00A64743"/>
    <w:rsid w:val="00A65F09"/>
    <w:rsid w:val="00A701E8"/>
    <w:rsid w:val="00A725CE"/>
    <w:rsid w:val="00A7332D"/>
    <w:rsid w:val="00A735A4"/>
    <w:rsid w:val="00A87A25"/>
    <w:rsid w:val="00AA1D8D"/>
    <w:rsid w:val="00AA7543"/>
    <w:rsid w:val="00AB4E7B"/>
    <w:rsid w:val="00AD5248"/>
    <w:rsid w:val="00AD63C0"/>
    <w:rsid w:val="00AE493D"/>
    <w:rsid w:val="00AF006F"/>
    <w:rsid w:val="00AF6FAC"/>
    <w:rsid w:val="00B11C85"/>
    <w:rsid w:val="00B24A4C"/>
    <w:rsid w:val="00B30074"/>
    <w:rsid w:val="00B34370"/>
    <w:rsid w:val="00B424E7"/>
    <w:rsid w:val="00B47730"/>
    <w:rsid w:val="00B6752E"/>
    <w:rsid w:val="00B679C2"/>
    <w:rsid w:val="00B734E0"/>
    <w:rsid w:val="00B826A4"/>
    <w:rsid w:val="00B83EDF"/>
    <w:rsid w:val="00B86D68"/>
    <w:rsid w:val="00B903EB"/>
    <w:rsid w:val="00BA5464"/>
    <w:rsid w:val="00BA6831"/>
    <w:rsid w:val="00BA6A93"/>
    <w:rsid w:val="00BB296C"/>
    <w:rsid w:val="00BC2EDE"/>
    <w:rsid w:val="00BC59C4"/>
    <w:rsid w:val="00BD1A43"/>
    <w:rsid w:val="00BD3A6F"/>
    <w:rsid w:val="00BD68E8"/>
    <w:rsid w:val="00BE2BD6"/>
    <w:rsid w:val="00BE3988"/>
    <w:rsid w:val="00BE726C"/>
    <w:rsid w:val="00C043D6"/>
    <w:rsid w:val="00C050F5"/>
    <w:rsid w:val="00C05E9C"/>
    <w:rsid w:val="00C11477"/>
    <w:rsid w:val="00C207FB"/>
    <w:rsid w:val="00C24F9B"/>
    <w:rsid w:val="00C3563C"/>
    <w:rsid w:val="00C37349"/>
    <w:rsid w:val="00C61EE2"/>
    <w:rsid w:val="00C66CBE"/>
    <w:rsid w:val="00C87D66"/>
    <w:rsid w:val="00C91BCA"/>
    <w:rsid w:val="00C949F8"/>
    <w:rsid w:val="00C96997"/>
    <w:rsid w:val="00CA2111"/>
    <w:rsid w:val="00CA49EF"/>
    <w:rsid w:val="00CB0664"/>
    <w:rsid w:val="00CC2D19"/>
    <w:rsid w:val="00CC7A7B"/>
    <w:rsid w:val="00CD4022"/>
    <w:rsid w:val="00CE0FE8"/>
    <w:rsid w:val="00CE510C"/>
    <w:rsid w:val="00CF09CF"/>
    <w:rsid w:val="00CF2845"/>
    <w:rsid w:val="00CF4DB4"/>
    <w:rsid w:val="00D01ED9"/>
    <w:rsid w:val="00D069BB"/>
    <w:rsid w:val="00D23529"/>
    <w:rsid w:val="00D248D8"/>
    <w:rsid w:val="00D311CA"/>
    <w:rsid w:val="00D35BB8"/>
    <w:rsid w:val="00D47CB1"/>
    <w:rsid w:val="00D555C2"/>
    <w:rsid w:val="00D57BE1"/>
    <w:rsid w:val="00D62CAC"/>
    <w:rsid w:val="00D6631D"/>
    <w:rsid w:val="00D75937"/>
    <w:rsid w:val="00D943BC"/>
    <w:rsid w:val="00DB0E8C"/>
    <w:rsid w:val="00DB2834"/>
    <w:rsid w:val="00DB6BC2"/>
    <w:rsid w:val="00DB6BF5"/>
    <w:rsid w:val="00DC030E"/>
    <w:rsid w:val="00DC300F"/>
    <w:rsid w:val="00DD2CE5"/>
    <w:rsid w:val="00DD2FF0"/>
    <w:rsid w:val="00DD6885"/>
    <w:rsid w:val="00DE2FCC"/>
    <w:rsid w:val="00DF0214"/>
    <w:rsid w:val="00DF0619"/>
    <w:rsid w:val="00E03D05"/>
    <w:rsid w:val="00E05869"/>
    <w:rsid w:val="00E10F84"/>
    <w:rsid w:val="00E2002F"/>
    <w:rsid w:val="00E221BD"/>
    <w:rsid w:val="00E23F53"/>
    <w:rsid w:val="00E4122F"/>
    <w:rsid w:val="00E512CD"/>
    <w:rsid w:val="00E5295E"/>
    <w:rsid w:val="00E82EDC"/>
    <w:rsid w:val="00E83842"/>
    <w:rsid w:val="00E91AAE"/>
    <w:rsid w:val="00EA6DE5"/>
    <w:rsid w:val="00EB3CBA"/>
    <w:rsid w:val="00EC1F38"/>
    <w:rsid w:val="00EE7417"/>
    <w:rsid w:val="00EF1D6C"/>
    <w:rsid w:val="00F03B25"/>
    <w:rsid w:val="00F06961"/>
    <w:rsid w:val="00F30A3C"/>
    <w:rsid w:val="00F33011"/>
    <w:rsid w:val="00F403FE"/>
    <w:rsid w:val="00F46511"/>
    <w:rsid w:val="00F55505"/>
    <w:rsid w:val="00F612B7"/>
    <w:rsid w:val="00F61A64"/>
    <w:rsid w:val="00F76B15"/>
    <w:rsid w:val="00F94551"/>
    <w:rsid w:val="00F96659"/>
    <w:rsid w:val="00FB0085"/>
    <w:rsid w:val="00FB0DD4"/>
    <w:rsid w:val="00FC2DEB"/>
    <w:rsid w:val="00FC693F"/>
    <w:rsid w:val="00FF026A"/>
    <w:rsid w:val="091F4F80"/>
    <w:rsid w:val="16250F72"/>
    <w:rsid w:val="19E65AD5"/>
    <w:rsid w:val="20CCEB5A"/>
    <w:rsid w:val="269CFFD1"/>
    <w:rsid w:val="2DBDCC9F"/>
    <w:rsid w:val="4FC2FA23"/>
    <w:rsid w:val="6795E9E1"/>
    <w:rsid w:val="7681C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2E5EA5"/>
  <w14:defaultImageDpi w14:val="330"/>
  <w15:docId w15:val="{55059958-95B5-4045-8E17-3A86954FA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color w:val="00000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F1C"/>
    <w:pPr>
      <w:keepNext/>
      <w:keepLines/>
      <w:spacing w:before="480" w:after="0"/>
      <w:outlineLvl w:val="0"/>
    </w:pPr>
    <w:rPr>
      <w:rFonts w:eastAsiaTheme="majorEastAsia" w:cs="Times New Roman"/>
      <w:b/>
      <w:bCs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4075"/>
    <w:pPr>
      <w:keepNext/>
      <w:keepLines/>
      <w:spacing w:before="200" w:after="0"/>
      <w:outlineLvl w:val="1"/>
    </w:pPr>
    <w:rPr>
      <w:rFonts w:eastAsiaTheme="majorEastAsia" w:cs="Times New Roman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6C1F1C"/>
    <w:rPr>
      <w:rFonts w:ascii="Times New Roman" w:eastAsiaTheme="majorEastAsia" w:hAnsi="Times New Roman" w:cs="Times New Roman"/>
      <w:b/>
      <w:bCs/>
      <w:color w:val="000000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24075"/>
    <w:rPr>
      <w:rFonts w:ascii="Times New Roman" w:eastAsiaTheme="majorEastAsia" w:hAnsi="Times New Roman" w:cs="Times New Roman"/>
      <w:color w:val="000000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6C1F1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="Times New Roman"/>
      <w:b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1F1C"/>
    <w:rPr>
      <w:rFonts w:ascii="Times New Roman" w:eastAsiaTheme="majorEastAsia" w:hAnsi="Times New Roman" w:cs="Times New Roman"/>
      <w:b/>
      <w:color w:val="000000"/>
      <w:spacing w:val="5"/>
      <w:kern w:val="28"/>
      <w:sz w:val="48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PlainTable5">
    <w:name w:val="Plain Table 5"/>
    <w:basedOn w:val="TableNormal"/>
    <w:uiPriority w:val="99"/>
    <w:rsid w:val="00D311C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-Accent1">
    <w:name w:val="Grid Table 2 Accent 1"/>
    <w:basedOn w:val="TableNormal"/>
    <w:uiPriority w:val="47"/>
    <w:rsid w:val="00D311CA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PlainTable3">
    <w:name w:val="Plain Table 3"/>
    <w:basedOn w:val="TableNormal"/>
    <w:uiPriority w:val="99"/>
    <w:rsid w:val="00D311C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99"/>
    <w:rsid w:val="00D311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99"/>
    <w:rsid w:val="0031388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EF1D6C"/>
    <w:rPr>
      <w:color w:val="66666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02D3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02D31"/>
    <w:rPr>
      <w:rFonts w:ascii="Times New Roman" w:hAnsi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02D3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D658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65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2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support.ieeemce.org/hc/en-us/articles/30468319696155-What-types-of-sponsorship-does-IEEE-offe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65E210C6CE44511ABEB593A3CE2F3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8B70C8-CA0F-41DA-844C-9A0D3263B5E8}"/>
      </w:docPartPr>
      <w:docPartBody>
        <w:p w:rsidR="00504D7B" w:rsidRDefault="00A85094" w:rsidP="00A85094">
          <w:pPr>
            <w:pStyle w:val="F65E210C6CE44511ABEB593A3CE2F3CA"/>
          </w:pPr>
          <w:r w:rsidRPr="005E5A78">
            <w:rPr>
              <w:rStyle w:val="PlaceholderText"/>
            </w:rPr>
            <w:t xml:space="preserve">Choose an </w:t>
          </w:r>
          <w:r>
            <w:rPr>
              <w:rStyle w:val="PlaceholderText"/>
            </w:rPr>
            <w:t>event type</w:t>
          </w:r>
          <w:r w:rsidRPr="005E5A78">
            <w:rPr>
              <w:rStyle w:val="PlaceholderText"/>
            </w:rPr>
            <w:t>.</w:t>
          </w:r>
        </w:p>
      </w:docPartBody>
    </w:docPart>
    <w:docPart>
      <w:docPartPr>
        <w:name w:val="6778554D459044B9AD08718EBEC325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FDAC79-A1E9-40A8-9744-BD0ACC176257}"/>
      </w:docPartPr>
      <w:docPartBody>
        <w:p w:rsidR="00504D7B" w:rsidRDefault="00A85094" w:rsidP="00A85094">
          <w:pPr>
            <w:pStyle w:val="6778554D459044B9AD08718EBEC32581"/>
          </w:pPr>
          <w:r>
            <w:rPr>
              <w:rStyle w:val="PlaceholderText"/>
            </w:rPr>
            <w:t>Enter</w:t>
          </w:r>
          <w:r w:rsidRPr="005E5A78">
            <w:rPr>
              <w:rStyle w:val="PlaceholderText"/>
            </w:rPr>
            <w:t xml:space="preserve"> </w:t>
          </w:r>
          <w:r>
            <w:rPr>
              <w:rStyle w:val="PlaceholderText"/>
            </w:rPr>
            <w:t>End</w:t>
          </w:r>
          <w:r w:rsidRPr="005E5A78">
            <w:rPr>
              <w:rStyle w:val="PlaceholderText"/>
            </w:rPr>
            <w:t xml:space="preserve"> date.</w:t>
          </w:r>
        </w:p>
      </w:docPartBody>
    </w:docPart>
    <w:docPart>
      <w:docPartPr>
        <w:name w:val="9105635DBAFD4A4991AB113BB51CE9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11C25-E41E-41C7-800D-BE5897C55B00}"/>
      </w:docPartPr>
      <w:docPartBody>
        <w:p w:rsidR="000A0854" w:rsidRDefault="00A85094" w:rsidP="00A85094">
          <w:pPr>
            <w:pStyle w:val="9105635DBAFD4A4991AB113BB51CE9A5"/>
          </w:pPr>
          <w:r w:rsidRPr="005E5A78">
            <w:rPr>
              <w:rStyle w:val="PlaceholderText"/>
            </w:rPr>
            <w:t xml:space="preserve"> </w:t>
          </w:r>
          <w:r>
            <w:rPr>
              <w:rStyle w:val="PlaceholderText"/>
            </w:rPr>
            <w:t>E</w:t>
          </w:r>
          <w:r w:rsidRPr="005E5A78">
            <w:rPr>
              <w:rStyle w:val="PlaceholderText"/>
            </w:rPr>
            <w:t xml:space="preserve">nter </w:t>
          </w:r>
          <w:r>
            <w:rPr>
              <w:rStyle w:val="PlaceholderText"/>
            </w:rPr>
            <w:t>Start</w:t>
          </w:r>
          <w:r w:rsidRPr="005E5A78">
            <w:rPr>
              <w:rStyle w:val="PlaceholderText"/>
            </w:rPr>
            <w:t xml:space="preserve"> date.</w:t>
          </w:r>
        </w:p>
      </w:docPartBody>
    </w:docPart>
    <w:docPart>
      <w:docPartPr>
        <w:name w:val="D2FD9508A8FB4028BBC784F0DC968A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3E5960-19C3-40E7-B49E-B8BD747055AE}"/>
      </w:docPartPr>
      <w:docPartBody>
        <w:p w:rsidR="000A0854" w:rsidRDefault="00A85094" w:rsidP="00A85094">
          <w:pPr>
            <w:pStyle w:val="D2FD9508A8FB4028BBC784F0DC968A75"/>
          </w:pPr>
          <w:r w:rsidRPr="005E5A78">
            <w:rPr>
              <w:rStyle w:val="PlaceholderText"/>
            </w:rPr>
            <w:t xml:space="preserve">Choose an </w:t>
          </w:r>
          <w:r>
            <w:rPr>
              <w:rStyle w:val="PlaceholderText"/>
            </w:rPr>
            <w:t>event format</w:t>
          </w:r>
          <w:r w:rsidRPr="005E5A78">
            <w:rPr>
              <w:rStyle w:val="PlaceholderText"/>
            </w:rPr>
            <w:t>.</w:t>
          </w:r>
        </w:p>
      </w:docPartBody>
    </w:docPart>
    <w:docPart>
      <w:docPartPr>
        <w:name w:val="2C8433C666D94192A103671A5178FC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584C8D-79ED-4A17-A445-196345C980D0}"/>
      </w:docPartPr>
      <w:docPartBody>
        <w:p w:rsidR="000A0854" w:rsidRDefault="00A85094" w:rsidP="00A85094">
          <w:pPr>
            <w:pStyle w:val="2C8433C666D94192A103671A5178FCDB"/>
          </w:pPr>
          <w:r>
            <w:rPr>
              <w:rStyle w:val="PlaceholderText"/>
            </w:rPr>
            <w:t>Plans</w:t>
          </w:r>
        </w:p>
      </w:docPartBody>
    </w:docPart>
    <w:docPart>
      <w:docPartPr>
        <w:name w:val="F320BC8DB617432E9D95F0B1DE1B6B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F8AB19-D9CB-4DF6-BD7B-856EE194A14E}"/>
      </w:docPartPr>
      <w:docPartBody>
        <w:p w:rsidR="000A0854" w:rsidRDefault="00A85094" w:rsidP="00A85094">
          <w:pPr>
            <w:pStyle w:val="F320BC8DB617432E9D95F0B1DE1B6B7F1"/>
          </w:pPr>
          <w:r w:rsidRPr="005E5A78">
            <w:rPr>
              <w:rStyle w:val="PlaceholderText"/>
            </w:rPr>
            <w:t>Choose an item.</w:t>
          </w:r>
        </w:p>
      </w:docPartBody>
    </w:docPart>
    <w:docPart>
      <w:docPartPr>
        <w:name w:val="55DA0ACB3DB84B8F857AED7DD110B9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3B178-CA5E-4490-A1E8-E394952F466B}"/>
      </w:docPartPr>
      <w:docPartBody>
        <w:p w:rsidR="000A0854" w:rsidRDefault="00A85094" w:rsidP="00A85094">
          <w:pPr>
            <w:pStyle w:val="55DA0ACB3DB84B8F857AED7DD110B9251"/>
          </w:pPr>
          <w:r>
            <w:rPr>
              <w:color w:val="404040" w:themeColor="text1" w:themeTint="BF"/>
            </w:rPr>
            <w:t>Yes/No</w:t>
          </w:r>
        </w:p>
      </w:docPartBody>
    </w:docPart>
    <w:docPart>
      <w:docPartPr>
        <w:name w:val="4B42AAA19EAD46B69D6E7CC5A5D292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177015-BC09-45FA-990A-0285DCBFC4C2}"/>
      </w:docPartPr>
      <w:docPartBody>
        <w:p w:rsidR="000A0854" w:rsidRDefault="00A85094" w:rsidP="00A85094">
          <w:pPr>
            <w:pStyle w:val="4B42AAA19EAD46B69D6E7CC5A5D292C41"/>
          </w:pPr>
          <w:r>
            <w:rPr>
              <w:color w:val="404040" w:themeColor="text1" w:themeTint="BF"/>
            </w:rPr>
            <w:t>Yes/No</w:t>
          </w:r>
        </w:p>
      </w:docPartBody>
    </w:docPart>
    <w:docPart>
      <w:docPartPr>
        <w:name w:val="1E631F55543240D0A3A711D299FA2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969B61-0883-430E-82E6-3DA16C5B3217}"/>
      </w:docPartPr>
      <w:docPartBody>
        <w:p w:rsidR="000A0854" w:rsidRDefault="00A85094" w:rsidP="00A85094">
          <w:pPr>
            <w:pStyle w:val="1E631F55543240D0A3A711D299FA22AA1"/>
          </w:pPr>
          <w:r>
            <w:rPr>
              <w:color w:val="404040" w:themeColor="text1" w:themeTint="BF"/>
            </w:rPr>
            <w:t>Yes/No</w:t>
          </w:r>
        </w:p>
      </w:docPartBody>
    </w:docPart>
    <w:docPart>
      <w:docPartPr>
        <w:name w:val="4B3E4060B320497FAFC9DF0DFA349D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809DF4-8FC8-41B3-B030-48995E3E5361}"/>
      </w:docPartPr>
      <w:docPartBody>
        <w:p w:rsidR="000A0854" w:rsidRDefault="00A85094" w:rsidP="00A85094">
          <w:pPr>
            <w:pStyle w:val="4B3E4060B320497FAFC9DF0DFA349DBA1"/>
          </w:pPr>
          <w:r w:rsidRPr="00191995">
            <w:rPr>
              <w:color w:val="404040" w:themeColor="text1" w:themeTint="BF"/>
            </w:rPr>
            <w:t>Yes/No</w:t>
          </w:r>
        </w:p>
      </w:docPartBody>
    </w:docPart>
    <w:docPart>
      <w:docPartPr>
        <w:name w:val="BE14CA60334F43498CED735D98A32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95C98-6E67-4D7B-BA0D-01BCBBAC73FE}"/>
      </w:docPartPr>
      <w:docPartBody>
        <w:p w:rsidR="000A0854" w:rsidRDefault="00A85094" w:rsidP="00A85094">
          <w:pPr>
            <w:pStyle w:val="BE14CA60334F43498CED735D98A325611"/>
          </w:pPr>
          <w:r w:rsidRPr="00AD63C0">
            <w:rPr>
              <w:color w:val="404040" w:themeColor="text1" w:themeTint="BF"/>
            </w:rPr>
            <w:t>Yes/No</w:t>
          </w:r>
        </w:p>
      </w:docPartBody>
    </w:docPart>
    <w:docPart>
      <w:docPartPr>
        <w:name w:val="698EC258BC4B47CE80E041062D7FE1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1AB24-12C0-42F8-ABDD-652E58DF3A3E}"/>
      </w:docPartPr>
      <w:docPartBody>
        <w:p w:rsidR="000A0854" w:rsidRDefault="00A85094" w:rsidP="00A85094">
          <w:pPr>
            <w:pStyle w:val="698EC258BC4B47CE80E041062D7FE1D91"/>
          </w:pPr>
          <w:r w:rsidRPr="009A613A">
            <w:rPr>
              <w:color w:val="404040" w:themeColor="text1" w:themeTint="BF"/>
            </w:rPr>
            <w:t>Yes/No</w:t>
          </w:r>
        </w:p>
      </w:docPartBody>
    </w:docPart>
    <w:docPart>
      <w:docPartPr>
        <w:name w:val="1EDAE01238D84B25A35F13A6167434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CF1582-8DA0-4102-A0FA-6E964946B037}"/>
      </w:docPartPr>
      <w:docPartBody>
        <w:p w:rsidR="000A0854" w:rsidRDefault="00A85094" w:rsidP="00A85094">
          <w:pPr>
            <w:pStyle w:val="1EDAE01238D84B25A35F13A6167434BC1"/>
          </w:pPr>
          <w:r w:rsidRPr="00AD63C0">
            <w:rPr>
              <w:color w:val="404040" w:themeColor="text1" w:themeTint="BF"/>
            </w:rPr>
            <w:t>Yes/No</w:t>
          </w:r>
        </w:p>
      </w:docPartBody>
    </w:docPart>
    <w:docPart>
      <w:docPartPr>
        <w:name w:val="9B8878758F1846139065712CDB48A3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783547-1638-4C89-B8C6-2017AA29522E}"/>
      </w:docPartPr>
      <w:docPartBody>
        <w:p w:rsidR="00DA7B0A" w:rsidRDefault="00A85094" w:rsidP="00A85094">
          <w:pPr>
            <w:pStyle w:val="9B8878758F1846139065712CDB48A30F"/>
          </w:pPr>
          <w:r w:rsidRPr="00AF7FE7">
            <w:rPr>
              <w:rStyle w:val="PlaceholderText"/>
            </w:rPr>
            <w:t xml:space="preserve">Choose an </w:t>
          </w:r>
          <w:r>
            <w:rPr>
              <w:rStyle w:val="PlaceholderText"/>
            </w:rPr>
            <w:t>event status</w:t>
          </w:r>
          <w:r w:rsidRPr="00AF7FE7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7B"/>
    <w:rsid w:val="00025AEC"/>
    <w:rsid w:val="000A0854"/>
    <w:rsid w:val="000F06A4"/>
    <w:rsid w:val="00265221"/>
    <w:rsid w:val="00324AD2"/>
    <w:rsid w:val="00366633"/>
    <w:rsid w:val="004B2862"/>
    <w:rsid w:val="004D69F6"/>
    <w:rsid w:val="00504D7B"/>
    <w:rsid w:val="0055294D"/>
    <w:rsid w:val="0068345C"/>
    <w:rsid w:val="007D7EAB"/>
    <w:rsid w:val="008859E9"/>
    <w:rsid w:val="008867E7"/>
    <w:rsid w:val="00941A97"/>
    <w:rsid w:val="00A372DF"/>
    <w:rsid w:val="00A85094"/>
    <w:rsid w:val="00B95362"/>
    <w:rsid w:val="00BA6831"/>
    <w:rsid w:val="00C63785"/>
    <w:rsid w:val="00DA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SG" w:eastAsia="en-SG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85094"/>
    <w:rPr>
      <w:color w:val="666666"/>
    </w:rPr>
  </w:style>
  <w:style w:type="paragraph" w:customStyle="1" w:styleId="F65E210C6CE44511ABEB593A3CE2F3CA">
    <w:name w:val="F65E210C6CE44511ABEB593A3CE2F3CA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9B8878758F1846139065712CDB48A30F">
    <w:name w:val="9B8878758F1846139065712CDB48A30F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9105635DBAFD4A4991AB113BB51CE9A5">
    <w:name w:val="9105635DBAFD4A4991AB113BB51CE9A5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6778554D459044B9AD08718EBEC32581">
    <w:name w:val="6778554D459044B9AD08718EBEC32581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D2FD9508A8FB4028BBC784F0DC968A75">
    <w:name w:val="D2FD9508A8FB4028BBC784F0DC968A75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2C8433C666D94192A103671A5178FCDB">
    <w:name w:val="2C8433C666D94192A103671A5178FCDB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F320BC8DB617432E9D95F0B1DE1B6B7F1">
    <w:name w:val="F320BC8DB617432E9D95F0B1DE1B6B7F1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55DA0ACB3DB84B8F857AED7DD110B9251">
    <w:name w:val="55DA0ACB3DB84B8F857AED7DD110B9251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4B42AAA19EAD46B69D6E7CC5A5D292C41">
    <w:name w:val="4B42AAA19EAD46B69D6E7CC5A5D292C41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1E631F55543240D0A3A711D299FA22AA1">
    <w:name w:val="1E631F55543240D0A3A711D299FA22AA1"/>
    <w:rsid w:val="00A85094"/>
    <w:pPr>
      <w:spacing w:after="200" w:line="276" w:lineRule="auto"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4B3E4060B320497FAFC9DF0DFA349DBA1">
    <w:name w:val="4B3E4060B320497FAFC9DF0DFA349DBA1"/>
    <w:rsid w:val="00A85094"/>
    <w:pPr>
      <w:spacing w:after="200" w:line="276" w:lineRule="auto"/>
      <w:ind w:left="720"/>
      <w:contextualSpacing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1EDAE01238D84B25A35F13A6167434BC1">
    <w:name w:val="1EDAE01238D84B25A35F13A6167434BC1"/>
    <w:rsid w:val="00A85094"/>
    <w:pPr>
      <w:spacing w:after="200" w:line="276" w:lineRule="auto"/>
      <w:ind w:left="720"/>
      <w:contextualSpacing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BE14CA60334F43498CED735D98A325611">
    <w:name w:val="BE14CA60334F43498CED735D98A325611"/>
    <w:rsid w:val="00A85094"/>
    <w:pPr>
      <w:spacing w:after="200" w:line="276" w:lineRule="auto"/>
      <w:ind w:left="720"/>
      <w:contextualSpacing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  <w:style w:type="paragraph" w:customStyle="1" w:styleId="698EC258BC4B47CE80E041062D7FE1D91">
    <w:name w:val="698EC258BC4B47CE80E041062D7FE1D91"/>
    <w:rsid w:val="00A85094"/>
    <w:pPr>
      <w:spacing w:after="200" w:line="276" w:lineRule="auto"/>
      <w:ind w:left="720"/>
      <w:contextualSpacing/>
    </w:pPr>
    <w:rPr>
      <w:rFonts w:ascii="Times New Roman" w:hAnsi="Times New Roman"/>
      <w:color w:val="000000"/>
      <w:kern w:val="0"/>
      <w:sz w:val="24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336</Words>
  <Characters>1916</Characters>
  <Application>Microsoft Office Word</Application>
  <DocSecurity>0</DocSecurity>
  <Lines>15</Lines>
  <Paragraphs>4</Paragraphs>
  <ScaleCrop>false</ScaleCrop>
  <Manager/>
  <Company/>
  <LinksUpToDate>false</LinksUpToDate>
  <CharactersWithSpaces>2248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Bharath Kalyan</cp:lastModifiedBy>
  <cp:revision>216</cp:revision>
  <dcterms:created xsi:type="dcterms:W3CDTF">2026-02-05T20:09:00Z</dcterms:created>
  <dcterms:modified xsi:type="dcterms:W3CDTF">2026-04-07T20:28:00Z</dcterms:modified>
  <cp:category/>
</cp:coreProperties>
</file>